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34D" w:rsidRPr="001653A2" w:rsidRDefault="0003034D" w:rsidP="0003034D">
      <w:pPr>
        <w:pStyle w:val="ae"/>
        <w:numPr>
          <w:ilvl w:val="0"/>
          <w:numId w:val="10"/>
        </w:numPr>
        <w:spacing w:after="200" w:line="276" w:lineRule="auto"/>
        <w:jc w:val="center"/>
      </w:pPr>
      <w:r>
        <w:rPr>
          <w:color w:val="auto"/>
          <w:sz w:val="26"/>
          <w:szCs w:val="26"/>
          <w:lang w:val="ru-RU"/>
        </w:rPr>
        <w:tab/>
      </w:r>
      <w:r>
        <w:rPr>
          <w:noProof/>
          <w:lang w:val="ru-RU" w:eastAsia="ru-RU"/>
        </w:rPr>
        <w:drawing>
          <wp:inline distT="0" distB="0" distL="0" distR="0">
            <wp:extent cx="779145" cy="90614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779145" cy="906145"/>
                    </a:xfrm>
                    <a:prstGeom prst="rect">
                      <a:avLst/>
                    </a:prstGeom>
                    <a:noFill/>
                    <a:ln w="9525">
                      <a:noFill/>
                      <a:miter lim="800000"/>
                      <a:headEnd/>
                      <a:tailEnd/>
                    </a:ln>
                  </pic:spPr>
                </pic:pic>
              </a:graphicData>
            </a:graphic>
          </wp:inline>
        </w:drawing>
      </w:r>
    </w:p>
    <w:p w:rsidR="0003034D" w:rsidRPr="0003034D" w:rsidRDefault="0003034D" w:rsidP="0003034D">
      <w:pPr>
        <w:pStyle w:val="ae"/>
        <w:numPr>
          <w:ilvl w:val="0"/>
          <w:numId w:val="10"/>
        </w:numPr>
        <w:spacing w:after="200" w:line="240" w:lineRule="auto"/>
        <w:jc w:val="center"/>
        <w:rPr>
          <w:b/>
          <w:sz w:val="18"/>
          <w:szCs w:val="18"/>
          <w:lang w:val="ru-RU"/>
        </w:rPr>
      </w:pPr>
      <w:r w:rsidRPr="0003034D">
        <w:rPr>
          <w:b/>
          <w:sz w:val="18"/>
          <w:szCs w:val="18"/>
          <w:lang w:val="ru-RU"/>
        </w:rPr>
        <w:t>СОВЕТ  МЕСТНОГО  САМОУПРАВЛЕНИЯ  ГОРОДСКОГО ПОСЕЛЕНИЯ НАРТКАЛА УРВАНСКОГО МУНИЦИПАЛЬНОГО РАЙОНА КАБАРДИНО-БАЛКАРСКОЙ РЕСПУБЛИКИ</w:t>
      </w:r>
    </w:p>
    <w:p w:rsidR="0003034D" w:rsidRPr="0003034D" w:rsidRDefault="0003034D" w:rsidP="0003034D">
      <w:pPr>
        <w:pStyle w:val="ae"/>
        <w:numPr>
          <w:ilvl w:val="0"/>
          <w:numId w:val="10"/>
        </w:numPr>
        <w:spacing w:after="200" w:line="240" w:lineRule="auto"/>
        <w:jc w:val="center"/>
        <w:rPr>
          <w:b/>
          <w:sz w:val="18"/>
          <w:szCs w:val="18"/>
          <w:lang w:val="ru-RU"/>
        </w:rPr>
      </w:pPr>
    </w:p>
    <w:p w:rsidR="0003034D" w:rsidRPr="0003034D" w:rsidRDefault="0003034D" w:rsidP="0003034D">
      <w:pPr>
        <w:pStyle w:val="ae"/>
        <w:numPr>
          <w:ilvl w:val="0"/>
          <w:numId w:val="10"/>
        </w:numPr>
        <w:spacing w:after="200" w:line="240" w:lineRule="auto"/>
        <w:jc w:val="center"/>
        <w:rPr>
          <w:sz w:val="18"/>
          <w:szCs w:val="18"/>
          <w:lang w:val="ru-RU"/>
        </w:rPr>
      </w:pPr>
      <w:r w:rsidRPr="0003034D">
        <w:rPr>
          <w:sz w:val="18"/>
          <w:szCs w:val="18"/>
          <w:lang w:val="ru-RU"/>
        </w:rPr>
        <w:t xml:space="preserve"> КЪЭБЭРДЕЙ-БАЛЪКЪЭР РЕСПУБЛИКЭМ И АРУАН МУНИЦИПАЛЬНЭ  КУЕЙМ ЩЫЩ НАРТКЪАЛЭ   КЪАЛЭ ЖЫЛАГЪУЭМ И Щ</w:t>
      </w:r>
      <w:proofErr w:type="gramStart"/>
      <w:r w:rsidRPr="0003034D">
        <w:rPr>
          <w:sz w:val="18"/>
          <w:szCs w:val="18"/>
        </w:rPr>
        <w:t>I</w:t>
      </w:r>
      <w:proofErr w:type="gramEnd"/>
      <w:r w:rsidRPr="0003034D">
        <w:rPr>
          <w:sz w:val="18"/>
          <w:szCs w:val="18"/>
          <w:lang w:val="ru-RU"/>
        </w:rPr>
        <w:t>ЫП</w:t>
      </w:r>
      <w:r w:rsidRPr="0003034D">
        <w:rPr>
          <w:sz w:val="18"/>
          <w:szCs w:val="18"/>
        </w:rPr>
        <w:t>I</w:t>
      </w:r>
      <w:r w:rsidRPr="0003034D">
        <w:rPr>
          <w:sz w:val="18"/>
          <w:szCs w:val="18"/>
          <w:lang w:val="ru-RU"/>
        </w:rPr>
        <w:t>Э  САМОУПРАВЛЕНЭМК</w:t>
      </w:r>
      <w:r w:rsidRPr="0003034D">
        <w:rPr>
          <w:sz w:val="18"/>
          <w:szCs w:val="18"/>
        </w:rPr>
        <w:t>I</w:t>
      </w:r>
      <w:r w:rsidRPr="0003034D">
        <w:rPr>
          <w:sz w:val="18"/>
          <w:szCs w:val="18"/>
          <w:lang w:val="ru-RU"/>
        </w:rPr>
        <w:t xml:space="preserve">Э СОВЕТ </w:t>
      </w:r>
    </w:p>
    <w:p w:rsidR="0003034D" w:rsidRPr="0003034D" w:rsidRDefault="0003034D" w:rsidP="0003034D">
      <w:pPr>
        <w:pStyle w:val="ae"/>
        <w:numPr>
          <w:ilvl w:val="0"/>
          <w:numId w:val="10"/>
        </w:numPr>
        <w:spacing w:after="200" w:line="240" w:lineRule="auto"/>
        <w:jc w:val="center"/>
        <w:rPr>
          <w:sz w:val="18"/>
          <w:szCs w:val="18"/>
          <w:lang w:val="ru-RU"/>
        </w:rPr>
      </w:pPr>
    </w:p>
    <w:p w:rsidR="0003034D" w:rsidRPr="0003034D" w:rsidRDefault="0003034D" w:rsidP="0003034D">
      <w:pPr>
        <w:pStyle w:val="ae"/>
        <w:numPr>
          <w:ilvl w:val="0"/>
          <w:numId w:val="10"/>
        </w:numPr>
        <w:spacing w:after="200" w:line="240" w:lineRule="auto"/>
        <w:jc w:val="center"/>
        <w:rPr>
          <w:sz w:val="18"/>
          <w:szCs w:val="18"/>
          <w:lang w:val="ru-RU"/>
        </w:rPr>
      </w:pPr>
      <w:r w:rsidRPr="0003034D">
        <w:rPr>
          <w:sz w:val="18"/>
          <w:szCs w:val="18"/>
          <w:lang w:val="ru-RU"/>
        </w:rPr>
        <w:t>КЪАБАРТЫ-МАЛКЪАР РЕСПУБЛИКАНЫ УРВАН  МУНИЦИПАЛЬНЫЙ РАЙОНУНУ НАРТКЪАЛА ШАХАР ПОСЕЛЕНИЯСЫНЫ ЖЕР-ЖЕРЛИ  САМОУПРАВЛЕНИЯСЫНЫ  СОВЕТИ</w:t>
      </w:r>
    </w:p>
    <w:p w:rsidR="0003034D" w:rsidRPr="0003034D" w:rsidRDefault="0003034D" w:rsidP="0003034D">
      <w:pPr>
        <w:pStyle w:val="ae"/>
        <w:numPr>
          <w:ilvl w:val="0"/>
          <w:numId w:val="10"/>
        </w:numPr>
        <w:pBdr>
          <w:bottom w:val="single" w:sz="12" w:space="1" w:color="auto"/>
        </w:pBdr>
        <w:spacing w:after="200" w:line="276" w:lineRule="auto"/>
        <w:jc w:val="center"/>
        <w:rPr>
          <w:b/>
          <w:lang w:val="ru-RU"/>
        </w:rPr>
      </w:pPr>
    </w:p>
    <w:p w:rsidR="001A0C1A" w:rsidRPr="0003034D" w:rsidRDefault="0003034D" w:rsidP="0003034D">
      <w:pPr>
        <w:keepNext/>
        <w:tabs>
          <w:tab w:val="center" w:pos="4929"/>
          <w:tab w:val="right" w:pos="9859"/>
        </w:tabs>
        <w:spacing w:after="200" w:line="240" w:lineRule="auto"/>
        <w:rPr>
          <w:b/>
          <w:sz w:val="28"/>
          <w:szCs w:val="28"/>
          <w:lang w:val="ru-RU"/>
        </w:rPr>
      </w:pPr>
      <w:r>
        <w:rPr>
          <w:color w:val="auto"/>
          <w:sz w:val="26"/>
          <w:szCs w:val="26"/>
          <w:lang w:val="ru-RU"/>
        </w:rPr>
        <w:tab/>
      </w:r>
      <w:r w:rsidR="00950188" w:rsidRPr="0003034D">
        <w:rPr>
          <w:b/>
          <w:sz w:val="28"/>
          <w:szCs w:val="28"/>
          <w:lang w:val="ru-RU"/>
        </w:rPr>
        <w:t>РЕШЕНИЕ</w:t>
      </w:r>
      <w:r w:rsidR="006D6A73" w:rsidRPr="0003034D">
        <w:rPr>
          <w:b/>
          <w:sz w:val="28"/>
          <w:szCs w:val="28"/>
          <w:lang w:val="ru-RU"/>
        </w:rPr>
        <w:t xml:space="preserve"> №</w:t>
      </w:r>
      <w:r w:rsidR="004F1A6E" w:rsidRPr="0003034D">
        <w:rPr>
          <w:b/>
          <w:sz w:val="28"/>
          <w:szCs w:val="28"/>
          <w:lang w:val="ru-RU"/>
        </w:rPr>
        <w:t>9</w:t>
      </w:r>
    </w:p>
    <w:p w:rsidR="008B58BF" w:rsidRDefault="00655579" w:rsidP="00655579">
      <w:pPr>
        <w:keepNext/>
        <w:spacing w:after="0" w:line="240" w:lineRule="auto"/>
        <w:jc w:val="center"/>
        <w:rPr>
          <w:b/>
          <w:sz w:val="28"/>
          <w:szCs w:val="28"/>
          <w:lang w:val="ru-RU"/>
        </w:rPr>
      </w:pPr>
      <w:r w:rsidRPr="0003034D">
        <w:rPr>
          <w:b/>
          <w:sz w:val="28"/>
          <w:szCs w:val="28"/>
          <w:lang w:val="ru-RU"/>
        </w:rPr>
        <w:t xml:space="preserve">Первой организационной сессии </w:t>
      </w:r>
      <w:r w:rsidR="001A0C1A" w:rsidRPr="0003034D">
        <w:rPr>
          <w:b/>
          <w:sz w:val="28"/>
          <w:szCs w:val="28"/>
          <w:lang w:val="ru-RU"/>
        </w:rPr>
        <w:t>Совета местного самоуправления</w:t>
      </w:r>
      <w:r w:rsidR="00FD5DEA" w:rsidRPr="0003034D">
        <w:rPr>
          <w:b/>
          <w:sz w:val="28"/>
          <w:szCs w:val="28"/>
          <w:lang w:val="ru-RU"/>
        </w:rPr>
        <w:t xml:space="preserve"> </w:t>
      </w:r>
      <w:r w:rsidR="001A0C1A" w:rsidRPr="0003034D">
        <w:rPr>
          <w:b/>
          <w:sz w:val="28"/>
          <w:szCs w:val="28"/>
          <w:lang w:val="ru-RU"/>
        </w:rPr>
        <w:t>городского поселения Нарткала Урванского муниципального района</w:t>
      </w:r>
      <w:r w:rsidR="00306DD7" w:rsidRPr="0003034D">
        <w:rPr>
          <w:b/>
          <w:sz w:val="28"/>
          <w:szCs w:val="28"/>
          <w:lang w:val="ru-RU"/>
        </w:rPr>
        <w:t xml:space="preserve"> </w:t>
      </w:r>
      <w:r w:rsidR="001A0C1A" w:rsidRPr="0003034D">
        <w:rPr>
          <w:b/>
          <w:sz w:val="28"/>
          <w:szCs w:val="28"/>
          <w:lang w:val="ru-RU"/>
        </w:rPr>
        <w:t>Кабардино-Балкарской Республики</w:t>
      </w:r>
    </w:p>
    <w:p w:rsidR="00306DD7" w:rsidRPr="0003034D" w:rsidRDefault="00655579" w:rsidP="00655579">
      <w:pPr>
        <w:keepNext/>
        <w:spacing w:after="0" w:line="240" w:lineRule="auto"/>
        <w:jc w:val="center"/>
        <w:rPr>
          <w:b/>
          <w:sz w:val="28"/>
          <w:szCs w:val="28"/>
          <w:lang w:val="ru-RU"/>
        </w:rPr>
      </w:pPr>
      <w:r w:rsidRPr="0003034D">
        <w:rPr>
          <w:b/>
          <w:sz w:val="28"/>
          <w:szCs w:val="28"/>
          <w:lang w:val="ru-RU"/>
        </w:rPr>
        <w:t xml:space="preserve"> </w:t>
      </w:r>
      <w:r w:rsidR="00306DD7" w:rsidRPr="0003034D">
        <w:rPr>
          <w:b/>
          <w:sz w:val="28"/>
          <w:szCs w:val="28"/>
          <w:lang w:val="ru-RU"/>
        </w:rPr>
        <w:t>(восьмого созыва)</w:t>
      </w:r>
    </w:p>
    <w:p w:rsidR="006B7600" w:rsidRDefault="006D6A73" w:rsidP="006B7600">
      <w:pPr>
        <w:tabs>
          <w:tab w:val="left" w:pos="6820"/>
          <w:tab w:val="right" w:pos="9000"/>
        </w:tabs>
        <w:spacing w:before="80" w:after="200"/>
        <w:rPr>
          <w:sz w:val="28"/>
          <w:szCs w:val="28"/>
          <w:lang w:val="ru-RU"/>
        </w:rPr>
      </w:pPr>
      <w:r w:rsidRPr="0003034D">
        <w:rPr>
          <w:sz w:val="28"/>
          <w:szCs w:val="28"/>
          <w:lang w:val="ru-RU"/>
        </w:rPr>
        <w:t>02.10.</w:t>
      </w:r>
      <w:r w:rsidR="00950188" w:rsidRPr="0003034D">
        <w:rPr>
          <w:sz w:val="28"/>
          <w:szCs w:val="28"/>
          <w:lang w:val="ru-RU"/>
        </w:rPr>
        <w:t>2026 г.</w:t>
      </w:r>
      <w:r w:rsidR="00950188" w:rsidRPr="0003034D">
        <w:rPr>
          <w:sz w:val="28"/>
          <w:szCs w:val="28"/>
          <w:lang w:val="ru-RU"/>
        </w:rPr>
        <w:tab/>
      </w:r>
      <w:r w:rsidRPr="0003034D">
        <w:rPr>
          <w:sz w:val="28"/>
          <w:szCs w:val="28"/>
          <w:lang w:val="ru-RU"/>
        </w:rPr>
        <w:t xml:space="preserve">   </w:t>
      </w:r>
      <w:r w:rsidR="00655579" w:rsidRPr="0003034D">
        <w:rPr>
          <w:sz w:val="28"/>
          <w:szCs w:val="28"/>
          <w:lang w:val="ru-RU"/>
        </w:rPr>
        <w:t xml:space="preserve">        </w:t>
      </w:r>
      <w:r w:rsidR="0003034D" w:rsidRPr="0003034D">
        <w:rPr>
          <w:sz w:val="28"/>
          <w:szCs w:val="28"/>
          <w:lang w:val="ru-RU"/>
        </w:rPr>
        <w:t xml:space="preserve"> </w:t>
      </w:r>
      <w:r w:rsidR="00655579" w:rsidRPr="0003034D">
        <w:rPr>
          <w:sz w:val="28"/>
          <w:szCs w:val="28"/>
          <w:lang w:val="ru-RU"/>
        </w:rPr>
        <w:t xml:space="preserve"> </w:t>
      </w:r>
      <w:r w:rsidR="008B58BF">
        <w:rPr>
          <w:sz w:val="28"/>
          <w:szCs w:val="28"/>
          <w:lang w:val="ru-RU"/>
        </w:rPr>
        <w:t xml:space="preserve">  </w:t>
      </w:r>
      <w:r w:rsidRPr="0003034D">
        <w:rPr>
          <w:sz w:val="28"/>
          <w:szCs w:val="28"/>
          <w:lang w:val="ru-RU"/>
        </w:rPr>
        <w:t xml:space="preserve">  г.п. Нарткала</w:t>
      </w:r>
      <w:r w:rsidRPr="0003034D">
        <w:rPr>
          <w:sz w:val="28"/>
          <w:szCs w:val="28"/>
          <w:lang w:val="ru-RU"/>
        </w:rPr>
        <w:tab/>
      </w:r>
    </w:p>
    <w:p w:rsidR="00774219" w:rsidRDefault="00950188" w:rsidP="006B7600">
      <w:pPr>
        <w:tabs>
          <w:tab w:val="left" w:pos="6820"/>
          <w:tab w:val="right" w:pos="9000"/>
        </w:tabs>
        <w:spacing w:before="80" w:after="200"/>
        <w:jc w:val="center"/>
        <w:rPr>
          <w:b/>
          <w:sz w:val="28"/>
          <w:szCs w:val="28"/>
          <w:lang w:val="ru-RU"/>
        </w:rPr>
      </w:pPr>
      <w:r w:rsidRPr="0003034D">
        <w:rPr>
          <w:b/>
          <w:sz w:val="28"/>
          <w:szCs w:val="28"/>
          <w:lang w:val="ru-RU"/>
        </w:rPr>
        <w:t>Об утверждении Положения о порядке проведения конкурса</w:t>
      </w:r>
      <w:r w:rsidR="0003034D">
        <w:rPr>
          <w:b/>
          <w:sz w:val="28"/>
          <w:szCs w:val="28"/>
          <w:lang w:val="ru-RU"/>
        </w:rPr>
        <w:t xml:space="preserve"> </w:t>
      </w:r>
      <w:r w:rsidRPr="0003034D">
        <w:rPr>
          <w:b/>
          <w:sz w:val="28"/>
          <w:szCs w:val="28"/>
          <w:lang w:val="ru-RU"/>
        </w:rPr>
        <w:t>по отбору кандидатур на должность главы городского поселения</w:t>
      </w:r>
      <w:r w:rsidR="0003034D">
        <w:rPr>
          <w:b/>
          <w:sz w:val="28"/>
          <w:szCs w:val="28"/>
          <w:lang w:val="ru-RU"/>
        </w:rPr>
        <w:t xml:space="preserve"> </w:t>
      </w:r>
      <w:r w:rsidR="005E3646" w:rsidRPr="0003034D">
        <w:rPr>
          <w:b/>
          <w:sz w:val="28"/>
          <w:szCs w:val="28"/>
          <w:lang w:val="ru-RU"/>
        </w:rPr>
        <w:t>Нарткала Урванского муниципального района</w:t>
      </w:r>
      <w:r w:rsidR="0003034D">
        <w:rPr>
          <w:b/>
          <w:sz w:val="28"/>
          <w:szCs w:val="28"/>
          <w:lang w:val="ru-RU"/>
        </w:rPr>
        <w:t xml:space="preserve"> </w:t>
      </w:r>
      <w:r w:rsidRPr="0003034D">
        <w:rPr>
          <w:b/>
          <w:sz w:val="28"/>
          <w:szCs w:val="28"/>
          <w:lang w:val="ru-RU"/>
        </w:rPr>
        <w:t>Кабардино-Балкарской Республики</w:t>
      </w:r>
    </w:p>
    <w:p w:rsidR="006B7600" w:rsidRDefault="006B7600">
      <w:pPr>
        <w:ind w:firstLine="709"/>
        <w:jc w:val="both"/>
        <w:rPr>
          <w:sz w:val="28"/>
          <w:szCs w:val="28"/>
          <w:lang w:val="ru-RU"/>
        </w:rPr>
      </w:pPr>
    </w:p>
    <w:p w:rsidR="00306DD7" w:rsidRPr="0003034D" w:rsidRDefault="00306DD7">
      <w:pPr>
        <w:ind w:firstLine="709"/>
        <w:jc w:val="both"/>
        <w:rPr>
          <w:sz w:val="28"/>
          <w:szCs w:val="28"/>
          <w:lang w:val="ru-RU"/>
        </w:rPr>
      </w:pPr>
      <w:r w:rsidRPr="0003034D">
        <w:rPr>
          <w:sz w:val="28"/>
          <w:szCs w:val="28"/>
          <w:lang w:val="ru-RU"/>
        </w:rPr>
        <w:t xml:space="preserve"> </w:t>
      </w:r>
      <w:proofErr w:type="gramStart"/>
      <w:r w:rsidR="00950188" w:rsidRPr="0003034D">
        <w:rPr>
          <w:sz w:val="28"/>
          <w:szCs w:val="28"/>
          <w:lang w:val="ru-RU"/>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Кабардино-Балкарской Республики от 3 июня 2026 года № 11-РЗ «О регулировании отношений в области местного самоуправления в Кабардино-Балкарской Республике», </w:t>
      </w:r>
      <w:r w:rsidR="00086F6B" w:rsidRPr="0003034D">
        <w:rPr>
          <w:sz w:val="28"/>
          <w:szCs w:val="28"/>
          <w:lang w:val="ru-RU"/>
        </w:rPr>
        <w:t>и статьей</w:t>
      </w:r>
      <w:r w:rsidR="00B55E16" w:rsidRPr="0003034D">
        <w:rPr>
          <w:sz w:val="28"/>
          <w:szCs w:val="28"/>
          <w:lang w:val="ru-RU"/>
        </w:rPr>
        <w:t xml:space="preserve"> 18</w:t>
      </w:r>
      <w:r w:rsidR="00086F6B" w:rsidRPr="0003034D">
        <w:rPr>
          <w:sz w:val="28"/>
          <w:szCs w:val="28"/>
          <w:lang w:val="ru-RU"/>
        </w:rPr>
        <w:t xml:space="preserve"> </w:t>
      </w:r>
      <w:r w:rsidR="00950188" w:rsidRPr="0003034D">
        <w:rPr>
          <w:sz w:val="28"/>
          <w:szCs w:val="28"/>
          <w:lang w:val="ru-RU"/>
        </w:rPr>
        <w:t>Устав</w:t>
      </w:r>
      <w:r w:rsidR="00086F6B" w:rsidRPr="0003034D">
        <w:rPr>
          <w:sz w:val="28"/>
          <w:szCs w:val="28"/>
          <w:lang w:val="ru-RU"/>
        </w:rPr>
        <w:t>а</w:t>
      </w:r>
      <w:r w:rsidR="00950188" w:rsidRPr="0003034D">
        <w:rPr>
          <w:sz w:val="28"/>
          <w:szCs w:val="28"/>
          <w:lang w:val="ru-RU"/>
        </w:rPr>
        <w:t xml:space="preserve"> городского поселения </w:t>
      </w:r>
      <w:r w:rsidR="005E3646" w:rsidRPr="0003034D">
        <w:rPr>
          <w:sz w:val="28"/>
          <w:szCs w:val="28"/>
          <w:lang w:val="ru-RU"/>
        </w:rPr>
        <w:t>Нарткала Урванского муниципального района</w:t>
      </w:r>
      <w:r w:rsidR="00950188" w:rsidRPr="0003034D">
        <w:rPr>
          <w:sz w:val="28"/>
          <w:szCs w:val="28"/>
          <w:lang w:val="ru-RU"/>
        </w:rPr>
        <w:t xml:space="preserve"> Кабардино-Балкарской Республики</w:t>
      </w:r>
      <w:r w:rsidR="0003034D" w:rsidRPr="0003034D">
        <w:rPr>
          <w:sz w:val="28"/>
          <w:szCs w:val="28"/>
          <w:lang w:val="ru-RU"/>
        </w:rPr>
        <w:t xml:space="preserve">, </w:t>
      </w:r>
      <w:r w:rsidR="00950188" w:rsidRPr="0003034D">
        <w:rPr>
          <w:sz w:val="28"/>
          <w:szCs w:val="28"/>
          <w:lang w:val="ru-RU"/>
        </w:rPr>
        <w:t xml:space="preserve"> совет местного самоуправления </w:t>
      </w:r>
      <w:r w:rsidR="005E3646" w:rsidRPr="0003034D">
        <w:rPr>
          <w:sz w:val="28"/>
          <w:szCs w:val="28"/>
          <w:lang w:val="ru-RU"/>
        </w:rPr>
        <w:t xml:space="preserve">городского поселения Нарткала </w:t>
      </w:r>
      <w:proofErr w:type="gramEnd"/>
    </w:p>
    <w:p w:rsidR="006B7B82" w:rsidRDefault="006B7B82" w:rsidP="00306DD7">
      <w:pPr>
        <w:ind w:firstLine="709"/>
        <w:jc w:val="center"/>
        <w:rPr>
          <w:b/>
          <w:sz w:val="28"/>
          <w:szCs w:val="28"/>
          <w:lang w:val="ru-RU"/>
        </w:rPr>
      </w:pPr>
    </w:p>
    <w:p w:rsidR="00774219" w:rsidRPr="0003034D" w:rsidRDefault="00306DD7" w:rsidP="00306DD7">
      <w:pPr>
        <w:ind w:firstLine="709"/>
        <w:jc w:val="center"/>
        <w:rPr>
          <w:b/>
          <w:sz w:val="28"/>
          <w:szCs w:val="28"/>
          <w:lang w:val="ru-RU"/>
        </w:rPr>
      </w:pPr>
      <w:r w:rsidRPr="0003034D">
        <w:rPr>
          <w:b/>
          <w:sz w:val="28"/>
          <w:szCs w:val="28"/>
          <w:lang w:val="ru-RU"/>
        </w:rPr>
        <w:t>РЕШИЛ</w:t>
      </w:r>
      <w:r w:rsidR="00950188" w:rsidRPr="0003034D">
        <w:rPr>
          <w:b/>
          <w:sz w:val="28"/>
          <w:szCs w:val="28"/>
          <w:lang w:val="ru-RU"/>
        </w:rPr>
        <w:t>:</w:t>
      </w:r>
    </w:p>
    <w:p w:rsidR="00B55E16" w:rsidRPr="0003034D" w:rsidRDefault="00B55E16">
      <w:pPr>
        <w:ind w:firstLine="709"/>
        <w:jc w:val="both"/>
        <w:rPr>
          <w:sz w:val="28"/>
          <w:szCs w:val="28"/>
          <w:lang w:val="ru-RU"/>
        </w:rPr>
      </w:pPr>
    </w:p>
    <w:p w:rsidR="00774219" w:rsidRPr="0003034D" w:rsidRDefault="00950188">
      <w:pPr>
        <w:ind w:firstLine="709"/>
        <w:jc w:val="both"/>
        <w:rPr>
          <w:sz w:val="28"/>
          <w:szCs w:val="28"/>
          <w:lang w:val="ru-RU"/>
        </w:rPr>
      </w:pPr>
      <w:r w:rsidRPr="0003034D">
        <w:rPr>
          <w:sz w:val="28"/>
          <w:szCs w:val="28"/>
          <w:lang w:val="ru-RU"/>
        </w:rPr>
        <w:t xml:space="preserve">1. Утвердить прилагаемое Положение о порядке проведения конкурса </w:t>
      </w:r>
      <w:r w:rsidR="008D2CE3" w:rsidRPr="0003034D">
        <w:rPr>
          <w:sz w:val="28"/>
          <w:szCs w:val="28"/>
          <w:lang w:val="ru-RU"/>
        </w:rPr>
        <w:br/>
      </w:r>
      <w:r w:rsidRPr="0003034D">
        <w:rPr>
          <w:sz w:val="28"/>
          <w:szCs w:val="28"/>
          <w:lang w:val="ru-RU"/>
        </w:rPr>
        <w:t xml:space="preserve">по отбору кандидатур на должность главы городского поселения </w:t>
      </w:r>
      <w:r w:rsidR="005E3646" w:rsidRPr="0003034D">
        <w:rPr>
          <w:sz w:val="28"/>
          <w:szCs w:val="28"/>
          <w:lang w:val="ru-RU"/>
        </w:rPr>
        <w:t>Нарткала Урванского муниципального района</w:t>
      </w:r>
      <w:r w:rsidRPr="0003034D">
        <w:rPr>
          <w:sz w:val="28"/>
          <w:szCs w:val="28"/>
          <w:lang w:val="ru-RU"/>
        </w:rPr>
        <w:t xml:space="preserve"> Кабардино-Балкарской Республики.</w:t>
      </w:r>
    </w:p>
    <w:p w:rsidR="00594883" w:rsidRPr="0003034D" w:rsidRDefault="00594883">
      <w:pPr>
        <w:ind w:firstLine="709"/>
        <w:jc w:val="both"/>
        <w:rPr>
          <w:sz w:val="28"/>
          <w:szCs w:val="28"/>
          <w:lang w:val="ru-RU"/>
        </w:rPr>
      </w:pPr>
      <w:r w:rsidRPr="0003034D">
        <w:rPr>
          <w:sz w:val="28"/>
          <w:szCs w:val="28"/>
          <w:lang w:val="ru-RU"/>
        </w:rPr>
        <w:t xml:space="preserve">2. Считать утратившим силу решение Совета местного самоуправления </w:t>
      </w:r>
      <w:proofErr w:type="gramStart"/>
      <w:r w:rsidRPr="0003034D">
        <w:rPr>
          <w:sz w:val="28"/>
          <w:szCs w:val="28"/>
          <w:lang w:val="ru-RU"/>
        </w:rPr>
        <w:t>г</w:t>
      </w:r>
      <w:proofErr w:type="gramEnd"/>
      <w:r w:rsidRPr="0003034D">
        <w:rPr>
          <w:sz w:val="28"/>
          <w:szCs w:val="28"/>
          <w:lang w:val="ru-RU"/>
        </w:rPr>
        <w:t>.п. Нарткала от 25.10.2019г. №33/3</w:t>
      </w:r>
      <w:r w:rsidR="00306DD7" w:rsidRPr="0003034D">
        <w:rPr>
          <w:sz w:val="28"/>
          <w:szCs w:val="28"/>
          <w:lang w:val="ru-RU"/>
        </w:rPr>
        <w:t>.</w:t>
      </w:r>
    </w:p>
    <w:p w:rsidR="00774219" w:rsidRPr="0003034D" w:rsidRDefault="00594883">
      <w:pPr>
        <w:ind w:firstLine="709"/>
        <w:jc w:val="both"/>
        <w:rPr>
          <w:sz w:val="28"/>
          <w:szCs w:val="28"/>
          <w:lang w:val="ru-RU"/>
        </w:rPr>
      </w:pPr>
      <w:r w:rsidRPr="0003034D">
        <w:rPr>
          <w:sz w:val="28"/>
          <w:szCs w:val="28"/>
          <w:lang w:val="ru-RU"/>
        </w:rPr>
        <w:lastRenderedPageBreak/>
        <w:t>3</w:t>
      </w:r>
      <w:r w:rsidR="00950188" w:rsidRPr="0003034D">
        <w:rPr>
          <w:sz w:val="28"/>
          <w:szCs w:val="28"/>
          <w:lang w:val="ru-RU"/>
        </w:rPr>
        <w:t xml:space="preserve">. </w:t>
      </w:r>
      <w:r w:rsidR="00DB7D63" w:rsidRPr="0003034D">
        <w:rPr>
          <w:sz w:val="28"/>
          <w:szCs w:val="28"/>
          <w:lang w:val="ru-RU"/>
        </w:rPr>
        <w:t xml:space="preserve">Настоящее решение подлежит официальному опубликованию </w:t>
      </w:r>
      <w:r w:rsidR="00950188" w:rsidRPr="0003034D">
        <w:rPr>
          <w:sz w:val="28"/>
          <w:szCs w:val="28"/>
          <w:lang w:val="ru-RU"/>
        </w:rPr>
        <w:t>в газете «М</w:t>
      </w:r>
      <w:r w:rsidR="00B55E16" w:rsidRPr="0003034D">
        <w:rPr>
          <w:sz w:val="28"/>
          <w:szCs w:val="28"/>
          <w:lang w:val="ru-RU"/>
        </w:rPr>
        <w:t>аяк</w:t>
      </w:r>
      <w:r w:rsidR="004E75BC" w:rsidRPr="0003034D">
        <w:rPr>
          <w:sz w:val="28"/>
          <w:szCs w:val="28"/>
          <w:lang w:val="ru-RU"/>
        </w:rPr>
        <w:t>-07</w:t>
      </w:r>
      <w:r w:rsidR="00950188" w:rsidRPr="0003034D">
        <w:rPr>
          <w:sz w:val="28"/>
          <w:szCs w:val="28"/>
          <w:lang w:val="ru-RU"/>
        </w:rPr>
        <w:t xml:space="preserve">» и </w:t>
      </w:r>
      <w:r w:rsidR="00DB7D63" w:rsidRPr="0003034D">
        <w:rPr>
          <w:sz w:val="28"/>
          <w:szCs w:val="28"/>
          <w:lang w:val="ru-RU"/>
        </w:rPr>
        <w:t xml:space="preserve">размещению </w:t>
      </w:r>
      <w:r w:rsidR="00950188" w:rsidRPr="0003034D">
        <w:rPr>
          <w:sz w:val="28"/>
          <w:szCs w:val="28"/>
          <w:lang w:val="ru-RU"/>
        </w:rPr>
        <w:t xml:space="preserve">на официальном сайте местной администрации </w:t>
      </w:r>
      <w:r w:rsidR="00B55E16" w:rsidRPr="0003034D">
        <w:rPr>
          <w:sz w:val="28"/>
          <w:szCs w:val="28"/>
          <w:lang w:val="ru-RU"/>
        </w:rPr>
        <w:t xml:space="preserve">Урванского </w:t>
      </w:r>
      <w:r w:rsidR="00950188" w:rsidRPr="0003034D">
        <w:rPr>
          <w:sz w:val="28"/>
          <w:szCs w:val="28"/>
          <w:lang w:val="ru-RU"/>
        </w:rPr>
        <w:t>муниципального района в информационно-телекоммуникационной сети «Интернет».</w:t>
      </w:r>
    </w:p>
    <w:p w:rsidR="00774219" w:rsidRPr="0003034D" w:rsidRDefault="00594883">
      <w:pPr>
        <w:ind w:firstLine="709"/>
        <w:jc w:val="both"/>
        <w:rPr>
          <w:sz w:val="28"/>
          <w:szCs w:val="28"/>
          <w:lang w:val="ru-RU"/>
        </w:rPr>
      </w:pPr>
      <w:r w:rsidRPr="0003034D">
        <w:rPr>
          <w:sz w:val="28"/>
          <w:szCs w:val="28"/>
          <w:lang w:val="ru-RU"/>
        </w:rPr>
        <w:t>4</w:t>
      </w:r>
      <w:r w:rsidR="00950188" w:rsidRPr="0003034D">
        <w:rPr>
          <w:sz w:val="28"/>
          <w:szCs w:val="28"/>
          <w:lang w:val="ru-RU"/>
        </w:rPr>
        <w:t>. Настоящее решение вступает в силу со дня его официального опубликования</w:t>
      </w:r>
      <w:r w:rsidR="00FC544F">
        <w:rPr>
          <w:sz w:val="28"/>
          <w:szCs w:val="28"/>
          <w:lang w:val="ru-RU"/>
        </w:rPr>
        <w:t xml:space="preserve"> </w:t>
      </w:r>
      <w:r w:rsidR="00950188" w:rsidRPr="0003034D">
        <w:rPr>
          <w:sz w:val="28"/>
          <w:szCs w:val="28"/>
          <w:lang w:val="ru-RU"/>
        </w:rPr>
        <w:t>.</w:t>
      </w:r>
    </w:p>
    <w:p w:rsidR="00774219" w:rsidRPr="0003034D" w:rsidRDefault="00594883">
      <w:pPr>
        <w:ind w:firstLine="709"/>
        <w:jc w:val="both"/>
        <w:rPr>
          <w:sz w:val="28"/>
          <w:szCs w:val="28"/>
          <w:lang w:val="ru-RU"/>
        </w:rPr>
      </w:pPr>
      <w:r w:rsidRPr="0003034D">
        <w:rPr>
          <w:sz w:val="28"/>
          <w:szCs w:val="28"/>
          <w:lang w:val="ru-RU"/>
        </w:rPr>
        <w:t>5</w:t>
      </w:r>
      <w:r w:rsidR="00950188" w:rsidRPr="0003034D">
        <w:rPr>
          <w:sz w:val="28"/>
          <w:szCs w:val="28"/>
          <w:lang w:val="ru-RU"/>
        </w:rPr>
        <w:t xml:space="preserve">. </w:t>
      </w:r>
      <w:proofErr w:type="gramStart"/>
      <w:r w:rsidR="00950188" w:rsidRPr="0003034D">
        <w:rPr>
          <w:sz w:val="28"/>
          <w:szCs w:val="28"/>
          <w:lang w:val="ru-RU"/>
        </w:rPr>
        <w:t>Контроль за</w:t>
      </w:r>
      <w:proofErr w:type="gramEnd"/>
      <w:r w:rsidR="00950188" w:rsidRPr="0003034D">
        <w:rPr>
          <w:sz w:val="28"/>
          <w:szCs w:val="28"/>
          <w:lang w:val="ru-RU"/>
        </w:rPr>
        <w:t xml:space="preserve"> исполнением настоящего решения возложить </w:t>
      </w:r>
      <w:r w:rsidR="008D2CE3" w:rsidRPr="0003034D">
        <w:rPr>
          <w:sz w:val="28"/>
          <w:szCs w:val="28"/>
          <w:lang w:val="ru-RU"/>
        </w:rPr>
        <w:br/>
      </w:r>
      <w:r w:rsidR="00950188" w:rsidRPr="0003034D">
        <w:rPr>
          <w:sz w:val="28"/>
          <w:szCs w:val="28"/>
          <w:lang w:val="ru-RU"/>
        </w:rPr>
        <w:t xml:space="preserve">на председателя совета местного самоуправления </w:t>
      </w:r>
      <w:r w:rsidR="005E3646" w:rsidRPr="0003034D">
        <w:rPr>
          <w:sz w:val="28"/>
          <w:szCs w:val="28"/>
          <w:lang w:val="ru-RU"/>
        </w:rPr>
        <w:t>городского поселения Нарткала</w:t>
      </w:r>
      <w:r w:rsidR="00306DD7" w:rsidRPr="0003034D">
        <w:rPr>
          <w:sz w:val="28"/>
          <w:szCs w:val="28"/>
          <w:lang w:val="ru-RU"/>
        </w:rPr>
        <w:t>.</w:t>
      </w:r>
      <w:r w:rsidR="005E3646" w:rsidRPr="0003034D">
        <w:rPr>
          <w:sz w:val="28"/>
          <w:szCs w:val="28"/>
          <w:lang w:val="ru-RU"/>
        </w:rPr>
        <w:t xml:space="preserve"> </w:t>
      </w:r>
    </w:p>
    <w:p w:rsidR="0024362D" w:rsidRDefault="0024362D">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Default="00D20D65">
      <w:pPr>
        <w:ind w:firstLine="709"/>
        <w:jc w:val="both"/>
        <w:rPr>
          <w:sz w:val="28"/>
          <w:szCs w:val="28"/>
          <w:lang w:val="ru-RU"/>
        </w:rPr>
      </w:pPr>
    </w:p>
    <w:p w:rsidR="00D20D65" w:rsidRPr="0003034D" w:rsidRDefault="00D20D65">
      <w:pPr>
        <w:ind w:firstLine="709"/>
        <w:jc w:val="both"/>
        <w:rPr>
          <w:sz w:val="28"/>
          <w:szCs w:val="28"/>
          <w:lang w:val="ru-RU"/>
        </w:rPr>
      </w:pPr>
    </w:p>
    <w:tbl>
      <w:tblPr>
        <w:tblW w:w="0" w:type="auto"/>
        <w:tblLayout w:type="fixed"/>
        <w:tblLook w:val="04A0"/>
      </w:tblPr>
      <w:tblGrid>
        <w:gridCol w:w="4929"/>
        <w:gridCol w:w="4929"/>
      </w:tblGrid>
      <w:tr w:rsidR="00774219" w:rsidRPr="0003034D" w:rsidTr="008D2CE3">
        <w:tc>
          <w:tcPr>
            <w:tcW w:w="4929" w:type="dxa"/>
            <w:tcMar>
              <w:top w:w="0" w:type="dxa"/>
              <w:left w:w="0" w:type="dxa"/>
              <w:bottom w:w="0" w:type="dxa"/>
              <w:right w:w="0" w:type="dxa"/>
            </w:tcMar>
          </w:tcPr>
          <w:p w:rsidR="00FD5DEA" w:rsidRPr="00D20D65" w:rsidRDefault="00FD5DEA" w:rsidP="00FD5DEA">
            <w:pPr>
              <w:spacing w:line="240" w:lineRule="auto"/>
              <w:rPr>
                <w:b/>
                <w:sz w:val="28"/>
                <w:szCs w:val="28"/>
                <w:lang w:val="ru-RU"/>
              </w:rPr>
            </w:pPr>
          </w:p>
          <w:p w:rsidR="00774219" w:rsidRDefault="00950188" w:rsidP="00FD5DEA">
            <w:pPr>
              <w:spacing w:line="240" w:lineRule="auto"/>
              <w:rPr>
                <w:b/>
                <w:sz w:val="28"/>
                <w:szCs w:val="28"/>
                <w:lang w:val="ru-RU"/>
              </w:rPr>
            </w:pPr>
            <w:r w:rsidRPr="00D20D65">
              <w:rPr>
                <w:b/>
                <w:sz w:val="28"/>
                <w:szCs w:val="28"/>
                <w:lang w:val="ru-RU"/>
              </w:rPr>
              <w:t>Председатель</w:t>
            </w:r>
            <w:r w:rsidR="008D2CE3" w:rsidRPr="00D20D65">
              <w:rPr>
                <w:b/>
                <w:sz w:val="28"/>
                <w:szCs w:val="28"/>
                <w:lang w:val="ru-RU"/>
              </w:rPr>
              <w:br/>
            </w:r>
            <w:r w:rsidRPr="00D20D65">
              <w:rPr>
                <w:b/>
                <w:sz w:val="28"/>
                <w:szCs w:val="28"/>
                <w:lang w:val="ru-RU"/>
              </w:rPr>
              <w:t>совета местного самоуправления</w:t>
            </w:r>
            <w:r w:rsidRPr="00D20D65">
              <w:rPr>
                <w:b/>
                <w:sz w:val="28"/>
                <w:szCs w:val="28"/>
                <w:lang w:val="ru-RU"/>
              </w:rPr>
              <w:br/>
            </w:r>
            <w:r w:rsidR="005E3646" w:rsidRPr="00D20D65">
              <w:rPr>
                <w:b/>
                <w:sz w:val="28"/>
                <w:szCs w:val="28"/>
                <w:lang w:val="ru-RU"/>
              </w:rPr>
              <w:t xml:space="preserve">городского поселения Нарткала </w:t>
            </w:r>
          </w:p>
          <w:p w:rsidR="00D20D65" w:rsidRPr="0003034D" w:rsidRDefault="00D20D65" w:rsidP="00FD5DEA">
            <w:pPr>
              <w:spacing w:line="240" w:lineRule="auto"/>
              <w:rPr>
                <w:sz w:val="28"/>
                <w:szCs w:val="28"/>
                <w:lang w:val="ru-RU"/>
              </w:rPr>
            </w:pPr>
          </w:p>
        </w:tc>
        <w:tc>
          <w:tcPr>
            <w:tcW w:w="4929" w:type="dxa"/>
            <w:tcMar>
              <w:top w:w="0" w:type="dxa"/>
              <w:left w:w="0" w:type="dxa"/>
              <w:bottom w:w="0" w:type="dxa"/>
              <w:right w:w="0" w:type="dxa"/>
            </w:tcMar>
          </w:tcPr>
          <w:p w:rsidR="008D2CE3" w:rsidRPr="0003034D" w:rsidRDefault="008D2CE3" w:rsidP="00FD5DEA">
            <w:pPr>
              <w:spacing w:line="240" w:lineRule="auto"/>
              <w:jc w:val="right"/>
              <w:rPr>
                <w:sz w:val="28"/>
                <w:szCs w:val="28"/>
                <w:lang w:val="ru-RU"/>
              </w:rPr>
            </w:pPr>
          </w:p>
          <w:p w:rsidR="008D2CE3" w:rsidRPr="0003034D" w:rsidRDefault="008D2CE3" w:rsidP="00FD5DEA">
            <w:pPr>
              <w:spacing w:line="240" w:lineRule="auto"/>
              <w:jc w:val="right"/>
              <w:rPr>
                <w:sz w:val="28"/>
                <w:szCs w:val="28"/>
                <w:lang w:val="ru-RU"/>
              </w:rPr>
            </w:pPr>
          </w:p>
          <w:p w:rsidR="00774219" w:rsidRPr="00D20D65" w:rsidRDefault="00D20D65" w:rsidP="00D20D65">
            <w:pPr>
              <w:spacing w:line="240" w:lineRule="auto"/>
              <w:ind w:right="219"/>
              <w:jc w:val="right"/>
              <w:rPr>
                <w:b/>
                <w:sz w:val="28"/>
                <w:szCs w:val="28"/>
                <w:lang w:val="ru-RU"/>
              </w:rPr>
            </w:pPr>
            <w:r w:rsidRPr="00D20D65">
              <w:rPr>
                <w:b/>
                <w:sz w:val="28"/>
                <w:szCs w:val="28"/>
                <w:lang w:val="ru-RU"/>
              </w:rPr>
              <w:t xml:space="preserve">Ю. </w:t>
            </w:r>
            <w:proofErr w:type="spellStart"/>
            <w:r w:rsidRPr="00D20D65">
              <w:rPr>
                <w:b/>
                <w:sz w:val="28"/>
                <w:szCs w:val="28"/>
                <w:lang w:val="ru-RU"/>
              </w:rPr>
              <w:t>Налоев</w:t>
            </w:r>
            <w:proofErr w:type="spellEnd"/>
          </w:p>
        </w:tc>
      </w:tr>
    </w:tbl>
    <w:p w:rsidR="00774219" w:rsidRPr="00655579" w:rsidRDefault="00774219">
      <w:pPr>
        <w:rPr>
          <w:sz w:val="28"/>
          <w:szCs w:val="28"/>
          <w:lang w:val="ru-RU"/>
        </w:rPr>
      </w:pPr>
    </w:p>
    <w:tbl>
      <w:tblPr>
        <w:tblW w:w="0" w:type="auto"/>
        <w:tblLayout w:type="fixed"/>
        <w:tblLook w:val="04A0"/>
      </w:tblPr>
      <w:tblGrid>
        <w:gridCol w:w="4820"/>
        <w:gridCol w:w="4896"/>
      </w:tblGrid>
      <w:tr w:rsidR="00774219" w:rsidRPr="00D20D65" w:rsidTr="00A16466">
        <w:tc>
          <w:tcPr>
            <w:tcW w:w="4820" w:type="dxa"/>
            <w:tcMar>
              <w:top w:w="0" w:type="dxa"/>
              <w:left w:w="0" w:type="dxa"/>
              <w:bottom w:w="0" w:type="dxa"/>
              <w:right w:w="0" w:type="dxa"/>
            </w:tcMar>
          </w:tcPr>
          <w:p w:rsidR="00774219" w:rsidRPr="00A16466" w:rsidRDefault="00774219">
            <w:pPr>
              <w:rPr>
                <w:sz w:val="28"/>
                <w:szCs w:val="28"/>
                <w:lang w:val="ru-RU"/>
              </w:rPr>
            </w:pPr>
          </w:p>
        </w:tc>
        <w:tc>
          <w:tcPr>
            <w:tcW w:w="4896" w:type="dxa"/>
            <w:tcMar>
              <w:top w:w="0" w:type="dxa"/>
              <w:left w:w="0" w:type="dxa"/>
              <w:bottom w:w="0" w:type="dxa"/>
              <w:right w:w="0" w:type="dxa"/>
            </w:tcMar>
          </w:tcPr>
          <w:p w:rsidR="00A16466" w:rsidRPr="00AC6B62" w:rsidRDefault="00A16466" w:rsidP="001A0C1A">
            <w:pPr>
              <w:spacing w:after="0" w:line="240" w:lineRule="auto"/>
              <w:jc w:val="right"/>
              <w:rPr>
                <w:szCs w:val="24"/>
                <w:lang w:val="ru-RU"/>
              </w:rPr>
            </w:pPr>
          </w:p>
          <w:p w:rsidR="00A16466" w:rsidRPr="00AC6B62" w:rsidRDefault="00A16466" w:rsidP="001A0C1A">
            <w:pPr>
              <w:spacing w:after="0" w:line="240" w:lineRule="auto"/>
              <w:jc w:val="right"/>
              <w:rPr>
                <w:szCs w:val="24"/>
                <w:lang w:val="ru-RU"/>
              </w:rPr>
            </w:pPr>
          </w:p>
          <w:p w:rsidR="00594883" w:rsidRPr="00AC6B62" w:rsidRDefault="00594883"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D20D65" w:rsidRDefault="00D20D65" w:rsidP="001A0C1A">
            <w:pPr>
              <w:spacing w:after="0" w:line="240" w:lineRule="auto"/>
              <w:jc w:val="right"/>
              <w:rPr>
                <w:szCs w:val="24"/>
                <w:lang w:val="ru-RU"/>
              </w:rPr>
            </w:pPr>
          </w:p>
          <w:p w:rsidR="00774219" w:rsidRPr="00AC6B62" w:rsidRDefault="00950188" w:rsidP="001A0C1A">
            <w:pPr>
              <w:spacing w:after="0" w:line="240" w:lineRule="auto"/>
              <w:jc w:val="right"/>
              <w:rPr>
                <w:szCs w:val="24"/>
                <w:lang w:val="ru-RU"/>
              </w:rPr>
            </w:pPr>
            <w:r w:rsidRPr="00AC6B62">
              <w:rPr>
                <w:szCs w:val="24"/>
                <w:lang w:val="ru-RU"/>
              </w:rPr>
              <w:t>УТВЕРЖДЕНО</w:t>
            </w:r>
          </w:p>
          <w:p w:rsidR="001A0C1A" w:rsidRPr="00AC6B62" w:rsidRDefault="001A0C1A" w:rsidP="001A0C1A">
            <w:pPr>
              <w:spacing w:after="0" w:line="240" w:lineRule="auto"/>
              <w:jc w:val="right"/>
              <w:rPr>
                <w:szCs w:val="24"/>
                <w:lang w:val="ru-RU"/>
              </w:rPr>
            </w:pPr>
            <w:r w:rsidRPr="00AC6B62">
              <w:rPr>
                <w:szCs w:val="24"/>
                <w:lang w:val="ru-RU"/>
              </w:rPr>
              <w:t>Р</w:t>
            </w:r>
            <w:r w:rsidR="00950188" w:rsidRPr="00AC6B62">
              <w:rPr>
                <w:szCs w:val="24"/>
                <w:lang w:val="ru-RU"/>
              </w:rPr>
              <w:t>ешением</w:t>
            </w:r>
          </w:p>
          <w:p w:rsidR="00B55E16" w:rsidRPr="00AC6B62" w:rsidRDefault="001A0C1A" w:rsidP="00B55E16">
            <w:pPr>
              <w:spacing w:after="0" w:line="240" w:lineRule="auto"/>
              <w:jc w:val="right"/>
              <w:rPr>
                <w:szCs w:val="24"/>
                <w:lang w:val="ru-RU"/>
              </w:rPr>
            </w:pPr>
            <w:r w:rsidRPr="00AC6B62">
              <w:rPr>
                <w:szCs w:val="24"/>
                <w:lang w:val="ru-RU"/>
              </w:rPr>
              <w:t>С</w:t>
            </w:r>
            <w:r w:rsidR="00950188" w:rsidRPr="00AC6B62">
              <w:rPr>
                <w:szCs w:val="24"/>
                <w:lang w:val="ru-RU"/>
              </w:rPr>
              <w:t>овета местного</w:t>
            </w:r>
            <w:r w:rsidR="00B55E16" w:rsidRPr="00AC6B62">
              <w:rPr>
                <w:szCs w:val="24"/>
                <w:lang w:val="ru-RU"/>
              </w:rPr>
              <w:t xml:space="preserve"> </w:t>
            </w:r>
            <w:r w:rsidR="00950188" w:rsidRPr="00AC6B62">
              <w:rPr>
                <w:szCs w:val="24"/>
                <w:lang w:val="ru-RU"/>
              </w:rPr>
              <w:t xml:space="preserve">самоуправления </w:t>
            </w:r>
          </w:p>
          <w:p w:rsidR="00774219" w:rsidRPr="00AC6B62" w:rsidRDefault="00B55E16" w:rsidP="00B55E16">
            <w:pPr>
              <w:spacing w:after="0" w:line="240" w:lineRule="auto"/>
              <w:jc w:val="right"/>
              <w:rPr>
                <w:szCs w:val="24"/>
                <w:lang w:val="ru-RU"/>
              </w:rPr>
            </w:pPr>
            <w:r w:rsidRPr="00AC6B62">
              <w:rPr>
                <w:szCs w:val="24"/>
                <w:lang w:val="ru-RU"/>
              </w:rPr>
              <w:t>г</w:t>
            </w:r>
            <w:r w:rsidR="00950188" w:rsidRPr="00AC6B62">
              <w:rPr>
                <w:szCs w:val="24"/>
                <w:lang w:val="ru-RU"/>
              </w:rPr>
              <w:t>ородского</w:t>
            </w:r>
            <w:r w:rsidRPr="00AC6B62">
              <w:rPr>
                <w:szCs w:val="24"/>
                <w:lang w:val="ru-RU"/>
              </w:rPr>
              <w:t xml:space="preserve"> </w:t>
            </w:r>
            <w:r w:rsidR="00950188" w:rsidRPr="00AC6B62">
              <w:rPr>
                <w:szCs w:val="24"/>
                <w:lang w:val="ru-RU"/>
              </w:rPr>
              <w:t xml:space="preserve">поселения </w:t>
            </w:r>
            <w:r w:rsidR="005E3646" w:rsidRPr="00AC6B62">
              <w:rPr>
                <w:szCs w:val="24"/>
                <w:lang w:val="ru-RU"/>
              </w:rPr>
              <w:t>Нарткала</w:t>
            </w:r>
          </w:p>
          <w:p w:rsidR="00774219" w:rsidRPr="00AC6B62" w:rsidRDefault="006D6A73" w:rsidP="005B2DAE">
            <w:pPr>
              <w:spacing w:after="0" w:line="240" w:lineRule="auto"/>
              <w:jc w:val="right"/>
              <w:rPr>
                <w:szCs w:val="24"/>
                <w:lang w:val="ru-RU"/>
              </w:rPr>
            </w:pPr>
            <w:r w:rsidRPr="00AC6B62">
              <w:rPr>
                <w:szCs w:val="24"/>
                <w:lang w:val="ru-RU"/>
              </w:rPr>
              <w:t xml:space="preserve">от </w:t>
            </w:r>
            <w:r w:rsidR="00AC6B62">
              <w:rPr>
                <w:szCs w:val="24"/>
                <w:lang w:val="ru-RU"/>
              </w:rPr>
              <w:t xml:space="preserve"> </w:t>
            </w:r>
            <w:r w:rsidRPr="00AC6B62">
              <w:rPr>
                <w:szCs w:val="24"/>
                <w:lang w:val="ru-RU"/>
              </w:rPr>
              <w:t>02.10.</w:t>
            </w:r>
            <w:r w:rsidR="00950188" w:rsidRPr="00AC6B62">
              <w:rPr>
                <w:szCs w:val="24"/>
                <w:lang w:val="ru-RU"/>
              </w:rPr>
              <w:t xml:space="preserve">2026 г. № </w:t>
            </w:r>
            <w:r w:rsidR="00AC6B62" w:rsidRPr="00AC6B62">
              <w:rPr>
                <w:szCs w:val="24"/>
                <w:lang w:val="ru-RU"/>
              </w:rPr>
              <w:t>1/</w:t>
            </w:r>
            <w:r w:rsidR="00D20D65">
              <w:rPr>
                <w:szCs w:val="24"/>
                <w:lang w:val="ru-RU"/>
              </w:rPr>
              <w:t>9</w:t>
            </w:r>
          </w:p>
        </w:tc>
      </w:tr>
    </w:tbl>
    <w:p w:rsidR="00774219" w:rsidRPr="00B55E16" w:rsidRDefault="00774219">
      <w:pPr>
        <w:spacing w:after="0"/>
        <w:rPr>
          <w:sz w:val="28"/>
          <w:szCs w:val="28"/>
          <w:lang w:val="ru-RU"/>
        </w:rPr>
      </w:pPr>
    </w:p>
    <w:p w:rsidR="00FD5DEA" w:rsidRPr="006D6A73" w:rsidRDefault="00FD5DEA">
      <w:pPr>
        <w:keepNext/>
        <w:spacing w:line="240" w:lineRule="auto"/>
        <w:jc w:val="center"/>
        <w:rPr>
          <w:b/>
          <w:sz w:val="28"/>
          <w:szCs w:val="28"/>
          <w:lang w:val="ru-RU"/>
        </w:rPr>
      </w:pPr>
    </w:p>
    <w:p w:rsidR="00774219" w:rsidRPr="006D6A73" w:rsidRDefault="00950188">
      <w:pPr>
        <w:keepNext/>
        <w:spacing w:line="240" w:lineRule="auto"/>
        <w:jc w:val="center"/>
        <w:rPr>
          <w:b/>
          <w:sz w:val="28"/>
          <w:szCs w:val="28"/>
          <w:lang w:val="ru-RU"/>
        </w:rPr>
      </w:pPr>
      <w:r w:rsidRPr="006D6A73">
        <w:rPr>
          <w:b/>
          <w:sz w:val="28"/>
          <w:szCs w:val="28"/>
          <w:lang w:val="ru-RU"/>
        </w:rPr>
        <w:t>ПОЛОЖЕНИЕ</w:t>
      </w:r>
    </w:p>
    <w:p w:rsidR="00774219" w:rsidRPr="00E078A4" w:rsidRDefault="00950188">
      <w:pPr>
        <w:keepNext/>
        <w:spacing w:after="20" w:line="240" w:lineRule="auto"/>
        <w:jc w:val="center"/>
        <w:rPr>
          <w:b/>
          <w:sz w:val="28"/>
          <w:szCs w:val="28"/>
          <w:lang w:val="ru-RU"/>
        </w:rPr>
      </w:pPr>
      <w:r w:rsidRPr="00E078A4">
        <w:rPr>
          <w:b/>
          <w:sz w:val="28"/>
          <w:szCs w:val="28"/>
          <w:lang w:val="ru-RU"/>
        </w:rPr>
        <w:t>о порядке проведения конкурса по отбору кандидатур на должность главы</w:t>
      </w:r>
    </w:p>
    <w:p w:rsidR="00774219" w:rsidRPr="00E078A4" w:rsidRDefault="00950188">
      <w:pPr>
        <w:keepNext/>
        <w:spacing w:after="20" w:line="240" w:lineRule="auto"/>
        <w:jc w:val="center"/>
        <w:rPr>
          <w:b/>
          <w:sz w:val="28"/>
          <w:szCs w:val="28"/>
          <w:lang w:val="ru-RU"/>
        </w:rPr>
      </w:pPr>
      <w:r w:rsidRPr="00E078A4">
        <w:rPr>
          <w:b/>
          <w:sz w:val="28"/>
          <w:szCs w:val="28"/>
          <w:lang w:val="ru-RU"/>
        </w:rPr>
        <w:t xml:space="preserve">городского поселения </w:t>
      </w:r>
      <w:r w:rsidR="005E3646">
        <w:rPr>
          <w:b/>
          <w:sz w:val="28"/>
          <w:szCs w:val="28"/>
          <w:lang w:val="ru-RU"/>
        </w:rPr>
        <w:t>Нарткала Урванского муниципального района</w:t>
      </w:r>
    </w:p>
    <w:p w:rsidR="00774219" w:rsidRDefault="00950188">
      <w:pPr>
        <w:keepNext/>
        <w:spacing w:after="160" w:line="240" w:lineRule="auto"/>
        <w:jc w:val="center"/>
        <w:rPr>
          <w:b/>
          <w:sz w:val="28"/>
          <w:szCs w:val="28"/>
          <w:lang w:val="ru-RU"/>
        </w:rPr>
      </w:pPr>
      <w:r w:rsidRPr="00E078A4">
        <w:rPr>
          <w:b/>
          <w:sz w:val="28"/>
          <w:szCs w:val="28"/>
          <w:lang w:val="ru-RU"/>
        </w:rPr>
        <w:t>Кабардино-Балкарской Республики</w:t>
      </w:r>
    </w:p>
    <w:p w:rsidR="00FD5DEA" w:rsidRPr="00E078A4" w:rsidRDefault="00FD5DEA">
      <w:pPr>
        <w:keepNext/>
        <w:spacing w:after="160" w:line="240" w:lineRule="auto"/>
        <w:jc w:val="center"/>
        <w:rPr>
          <w:b/>
          <w:sz w:val="28"/>
          <w:szCs w:val="28"/>
          <w:lang w:val="ru-RU"/>
        </w:rPr>
      </w:pPr>
    </w:p>
    <w:p w:rsidR="00774219" w:rsidRPr="00E078A4" w:rsidRDefault="00950188">
      <w:pPr>
        <w:ind w:firstLine="709"/>
        <w:jc w:val="both"/>
        <w:rPr>
          <w:sz w:val="28"/>
          <w:szCs w:val="28"/>
          <w:lang w:val="ru-RU"/>
        </w:rPr>
      </w:pPr>
      <w:r w:rsidRPr="00E078A4">
        <w:rPr>
          <w:sz w:val="28"/>
          <w:szCs w:val="28"/>
          <w:lang w:val="ru-RU"/>
        </w:rPr>
        <w:t>Настоящее Положение в соответствии с частями 9</w:t>
      </w:r>
      <w:r w:rsidR="008D2CE3">
        <w:rPr>
          <w:sz w:val="28"/>
          <w:szCs w:val="28"/>
          <w:lang w:val="ru-RU"/>
        </w:rPr>
        <w:t xml:space="preserve"> - </w:t>
      </w:r>
      <w:r w:rsidRPr="00E078A4">
        <w:rPr>
          <w:sz w:val="28"/>
          <w:szCs w:val="28"/>
          <w:lang w:val="ru-RU"/>
        </w:rPr>
        <w:t xml:space="preserve">12 статьи 19 и частью 15 статьи 89 Федерального закона от 20 марта 2025 года № 33-ФЗ «Об общих принципах организации местного самоуправления в единой системе публичной власти», частью 3 статьи 8 Закона Кабардино-Балкарской Республики от 3 июня 2026 года № 11-РЗ «О регулировании отношений в области местного самоуправления в Кабардино-Балкарской Республике» и </w:t>
      </w:r>
      <w:r w:rsidR="00EF7035">
        <w:rPr>
          <w:sz w:val="28"/>
          <w:szCs w:val="28"/>
          <w:lang w:val="ru-RU"/>
        </w:rPr>
        <w:t xml:space="preserve">статьей </w:t>
      </w:r>
      <w:r w:rsidRPr="00E078A4">
        <w:rPr>
          <w:sz w:val="28"/>
          <w:szCs w:val="28"/>
          <w:lang w:val="ru-RU"/>
        </w:rPr>
        <w:t>Устав</w:t>
      </w:r>
      <w:r w:rsidR="00EF7035">
        <w:rPr>
          <w:sz w:val="28"/>
          <w:szCs w:val="28"/>
          <w:lang w:val="ru-RU"/>
        </w:rPr>
        <w:t>а</w:t>
      </w:r>
      <w:r w:rsidRPr="00E078A4">
        <w:rPr>
          <w:sz w:val="28"/>
          <w:szCs w:val="28"/>
          <w:lang w:val="ru-RU"/>
        </w:rPr>
        <w:t xml:space="preserve"> городского поселения </w:t>
      </w:r>
      <w:r w:rsidR="005E3646">
        <w:rPr>
          <w:sz w:val="28"/>
          <w:szCs w:val="28"/>
          <w:lang w:val="ru-RU"/>
        </w:rPr>
        <w:t>Нарткала Урванского муниципального района</w:t>
      </w:r>
      <w:r w:rsidRPr="00E078A4">
        <w:rPr>
          <w:sz w:val="28"/>
          <w:szCs w:val="28"/>
          <w:lang w:val="ru-RU"/>
        </w:rPr>
        <w:t xml:space="preserve"> Кабардино-Балкарской Республики устанавливает порядок организации и проведения конкурса по отбору кандидатур на должность главы городского поселения </w:t>
      </w:r>
      <w:r w:rsidR="005E3646">
        <w:rPr>
          <w:sz w:val="28"/>
          <w:szCs w:val="28"/>
          <w:lang w:val="ru-RU"/>
        </w:rPr>
        <w:t>Нарткала Урванского муниципального района</w:t>
      </w:r>
      <w:r w:rsidRPr="00E078A4">
        <w:rPr>
          <w:sz w:val="28"/>
          <w:szCs w:val="28"/>
          <w:lang w:val="ru-RU"/>
        </w:rPr>
        <w:t xml:space="preserve"> Кабардино-Балкарской Республики.</w:t>
      </w:r>
    </w:p>
    <w:p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1. Общие положения</w:t>
      </w:r>
    </w:p>
    <w:p w:rsidR="00774219" w:rsidRPr="00E078A4" w:rsidRDefault="00950188">
      <w:pPr>
        <w:ind w:firstLine="709"/>
        <w:jc w:val="both"/>
        <w:rPr>
          <w:sz w:val="28"/>
          <w:szCs w:val="28"/>
          <w:lang w:val="ru-RU"/>
        </w:rPr>
      </w:pPr>
      <w:r w:rsidRPr="00E078A4">
        <w:rPr>
          <w:sz w:val="28"/>
          <w:szCs w:val="28"/>
          <w:lang w:val="ru-RU"/>
        </w:rPr>
        <w:t xml:space="preserve">1.1. Конкурс по отбору кандидатур на должность главы городского поселения </w:t>
      </w:r>
      <w:r w:rsidR="005E3646">
        <w:rPr>
          <w:sz w:val="28"/>
          <w:szCs w:val="28"/>
          <w:lang w:val="ru-RU"/>
        </w:rPr>
        <w:t>Нарткала Урванского муниципального района</w:t>
      </w:r>
      <w:r w:rsidRPr="00E078A4">
        <w:rPr>
          <w:sz w:val="28"/>
          <w:szCs w:val="28"/>
          <w:lang w:val="ru-RU"/>
        </w:rPr>
        <w:t xml:space="preserve"> Кабардино-Балкарской Республики (далее соответственно </w:t>
      </w:r>
      <w:r w:rsidR="00503DFE">
        <w:rPr>
          <w:sz w:val="28"/>
          <w:szCs w:val="28"/>
          <w:lang w:val="ru-RU"/>
        </w:rPr>
        <w:t>-</w:t>
      </w:r>
      <w:r w:rsidRPr="00E078A4">
        <w:rPr>
          <w:sz w:val="28"/>
          <w:szCs w:val="28"/>
          <w:lang w:val="ru-RU"/>
        </w:rPr>
        <w:t xml:space="preserve"> конкурс, глава </w:t>
      </w:r>
      <w:r w:rsidR="005E3646">
        <w:rPr>
          <w:sz w:val="28"/>
          <w:szCs w:val="28"/>
          <w:lang w:val="ru-RU"/>
        </w:rPr>
        <w:t>городского поселения Нарткала</w:t>
      </w:r>
      <w:proofErr w:type="gramStart"/>
      <w:r w:rsidR="005E3646">
        <w:rPr>
          <w:sz w:val="28"/>
          <w:szCs w:val="28"/>
          <w:lang w:val="ru-RU"/>
        </w:rPr>
        <w:t xml:space="preserve"> </w:t>
      </w:r>
      <w:r w:rsidRPr="00E078A4">
        <w:rPr>
          <w:sz w:val="28"/>
          <w:szCs w:val="28"/>
          <w:lang w:val="ru-RU"/>
        </w:rPr>
        <w:t>)</w:t>
      </w:r>
      <w:proofErr w:type="gramEnd"/>
      <w:r w:rsidRPr="00E078A4">
        <w:rPr>
          <w:sz w:val="28"/>
          <w:szCs w:val="28"/>
          <w:lang w:val="ru-RU"/>
        </w:rPr>
        <w:t xml:space="preserve"> проводится конкурсной комиссией.</w:t>
      </w:r>
    </w:p>
    <w:p w:rsidR="00503DFE" w:rsidRDefault="00950188" w:rsidP="00503DFE">
      <w:pPr>
        <w:ind w:firstLine="709"/>
        <w:jc w:val="both"/>
        <w:rPr>
          <w:sz w:val="28"/>
          <w:szCs w:val="28"/>
          <w:lang w:val="ru-RU"/>
        </w:rPr>
      </w:pPr>
      <w:r w:rsidRPr="00E078A4">
        <w:rPr>
          <w:sz w:val="28"/>
          <w:szCs w:val="28"/>
          <w:lang w:val="ru-RU"/>
        </w:rPr>
        <w:t xml:space="preserve">1.2. Общее число членов конкурсной комиссии составляет восемь человек. Половина членов конкурсной комиссии назначается советом местного самоуправления </w:t>
      </w:r>
      <w:r w:rsidR="005E3646">
        <w:rPr>
          <w:sz w:val="28"/>
          <w:szCs w:val="28"/>
          <w:lang w:val="ru-RU"/>
        </w:rPr>
        <w:t xml:space="preserve">городского поселения Нарткала </w:t>
      </w:r>
      <w:r w:rsidRPr="00E078A4">
        <w:rPr>
          <w:sz w:val="28"/>
          <w:szCs w:val="28"/>
          <w:lang w:val="ru-RU"/>
        </w:rPr>
        <w:t xml:space="preserve"> (далее </w:t>
      </w:r>
      <w:r w:rsidR="00503DFE">
        <w:rPr>
          <w:sz w:val="28"/>
          <w:szCs w:val="28"/>
          <w:lang w:val="ru-RU"/>
        </w:rPr>
        <w:t>-</w:t>
      </w:r>
      <w:r w:rsidRPr="00E078A4">
        <w:rPr>
          <w:sz w:val="28"/>
          <w:szCs w:val="28"/>
          <w:lang w:val="ru-RU"/>
        </w:rPr>
        <w:t xml:space="preserve"> Совет), другая половина </w:t>
      </w:r>
      <w:r w:rsidR="00503DFE">
        <w:rPr>
          <w:sz w:val="28"/>
          <w:szCs w:val="28"/>
          <w:lang w:val="ru-RU"/>
        </w:rPr>
        <w:t>-</w:t>
      </w:r>
      <w:r w:rsidRPr="00E078A4">
        <w:rPr>
          <w:sz w:val="28"/>
          <w:szCs w:val="28"/>
          <w:lang w:val="ru-RU"/>
        </w:rPr>
        <w:t xml:space="preserve"> главой </w:t>
      </w:r>
      <w:r w:rsidR="00B55E16">
        <w:rPr>
          <w:sz w:val="28"/>
          <w:szCs w:val="28"/>
          <w:lang w:val="ru-RU"/>
        </w:rPr>
        <w:t>Урванского</w:t>
      </w:r>
      <w:r w:rsidRPr="00E078A4">
        <w:rPr>
          <w:sz w:val="28"/>
          <w:szCs w:val="28"/>
          <w:lang w:val="ru-RU"/>
        </w:rPr>
        <w:t xml:space="preserve"> муниципального района.</w:t>
      </w:r>
      <w:r w:rsidR="00503DFE" w:rsidRPr="00503DFE">
        <w:rPr>
          <w:sz w:val="28"/>
          <w:szCs w:val="28"/>
          <w:lang w:val="ru-RU"/>
        </w:rPr>
        <w:t xml:space="preserve"> </w:t>
      </w:r>
    </w:p>
    <w:p w:rsidR="00774219" w:rsidRPr="00E078A4" w:rsidRDefault="00503DFE">
      <w:pPr>
        <w:ind w:firstLine="709"/>
        <w:jc w:val="both"/>
        <w:rPr>
          <w:sz w:val="28"/>
          <w:szCs w:val="28"/>
          <w:lang w:val="ru-RU"/>
        </w:rPr>
      </w:pPr>
      <w:r>
        <w:rPr>
          <w:sz w:val="28"/>
          <w:szCs w:val="28"/>
          <w:lang w:val="ru-RU"/>
        </w:rPr>
        <w:t>Решением Совета утверждается конкурсная комиссия.</w:t>
      </w:r>
    </w:p>
    <w:p w:rsidR="00182963" w:rsidRDefault="00950188" w:rsidP="00182963">
      <w:pPr>
        <w:ind w:firstLine="709"/>
        <w:jc w:val="both"/>
        <w:rPr>
          <w:sz w:val="28"/>
          <w:szCs w:val="28"/>
          <w:lang w:val="ru-RU"/>
        </w:rPr>
      </w:pPr>
      <w:r w:rsidRPr="00E078A4">
        <w:rPr>
          <w:sz w:val="28"/>
          <w:szCs w:val="28"/>
          <w:lang w:val="ru-RU"/>
        </w:rPr>
        <w:t xml:space="preserve">1.3. Конкурс объявляется решением Совета. В решении указываются дата, время и место проведения конкурса, даты начала и </w:t>
      </w:r>
      <w:r w:rsidR="00EF7035">
        <w:rPr>
          <w:sz w:val="28"/>
          <w:szCs w:val="28"/>
          <w:lang w:val="ru-RU"/>
        </w:rPr>
        <w:t xml:space="preserve">дата </w:t>
      </w:r>
      <w:r w:rsidRPr="00E078A4">
        <w:rPr>
          <w:sz w:val="28"/>
          <w:szCs w:val="28"/>
          <w:lang w:val="ru-RU"/>
        </w:rPr>
        <w:t>окончания приема документов, место и время их приема, а также назначаются члены конкурсной комиссии от Совета.</w:t>
      </w:r>
      <w:r w:rsidR="00182963" w:rsidRPr="00182963">
        <w:rPr>
          <w:sz w:val="28"/>
          <w:szCs w:val="28"/>
          <w:lang w:val="ru-RU"/>
        </w:rPr>
        <w:t xml:space="preserve"> </w:t>
      </w:r>
    </w:p>
    <w:p w:rsidR="00182963" w:rsidRPr="00E078A4" w:rsidRDefault="00182963" w:rsidP="00182963">
      <w:pPr>
        <w:ind w:firstLine="709"/>
        <w:jc w:val="both"/>
        <w:rPr>
          <w:sz w:val="28"/>
          <w:szCs w:val="28"/>
          <w:lang w:val="ru-RU"/>
        </w:rPr>
      </w:pPr>
      <w:r w:rsidRPr="00EF7035">
        <w:rPr>
          <w:sz w:val="28"/>
          <w:szCs w:val="28"/>
          <w:lang w:val="ru-RU"/>
        </w:rPr>
        <w:t>1.</w:t>
      </w:r>
      <w:r>
        <w:rPr>
          <w:sz w:val="28"/>
          <w:szCs w:val="28"/>
          <w:lang w:val="ru-RU"/>
        </w:rPr>
        <w:t>4</w:t>
      </w:r>
      <w:r w:rsidRPr="00EF7035">
        <w:rPr>
          <w:sz w:val="28"/>
          <w:szCs w:val="28"/>
          <w:lang w:val="ru-RU"/>
        </w:rPr>
        <w:t>. Конкурсная комиссия формируется в полном составе в течение 30 календарных дней со дня принятия решения об объявлении конкурса.</w:t>
      </w:r>
    </w:p>
    <w:p w:rsidR="00774219" w:rsidRDefault="00EF7035">
      <w:pPr>
        <w:ind w:firstLine="709"/>
        <w:jc w:val="both"/>
        <w:rPr>
          <w:sz w:val="28"/>
          <w:szCs w:val="28"/>
          <w:lang w:val="ru-RU"/>
        </w:rPr>
      </w:pPr>
      <w:r w:rsidRPr="00E078A4">
        <w:rPr>
          <w:sz w:val="28"/>
          <w:szCs w:val="28"/>
          <w:lang w:val="ru-RU"/>
        </w:rPr>
        <w:t>Срок приема документов составляет 20 календарных дней</w:t>
      </w:r>
      <w:r>
        <w:rPr>
          <w:sz w:val="28"/>
          <w:szCs w:val="28"/>
          <w:lang w:val="ru-RU"/>
        </w:rPr>
        <w:t xml:space="preserve"> со дня, следующего за днем истечения срока формирования конкурсной комиссии. </w:t>
      </w:r>
      <w:r w:rsidRPr="00E078A4">
        <w:rPr>
          <w:sz w:val="28"/>
          <w:szCs w:val="28"/>
          <w:lang w:val="ru-RU"/>
        </w:rPr>
        <w:t xml:space="preserve"> Между днем окончания приема документов и днем проведения конкурса должно быть не менее 1</w:t>
      </w:r>
      <w:r>
        <w:rPr>
          <w:sz w:val="28"/>
          <w:szCs w:val="28"/>
          <w:lang w:val="ru-RU"/>
        </w:rPr>
        <w:t>0</w:t>
      </w:r>
      <w:r w:rsidRPr="00E078A4">
        <w:rPr>
          <w:sz w:val="28"/>
          <w:szCs w:val="28"/>
          <w:lang w:val="ru-RU"/>
        </w:rPr>
        <w:t xml:space="preserve"> календарных дней.</w:t>
      </w:r>
      <w:r w:rsidR="00950188" w:rsidRPr="00E078A4">
        <w:rPr>
          <w:sz w:val="28"/>
          <w:szCs w:val="28"/>
          <w:lang w:val="ru-RU"/>
        </w:rPr>
        <w:t xml:space="preserve"> </w:t>
      </w:r>
    </w:p>
    <w:p w:rsidR="00EF7035" w:rsidRDefault="00EF7035">
      <w:pPr>
        <w:ind w:firstLine="709"/>
        <w:jc w:val="both"/>
        <w:rPr>
          <w:sz w:val="28"/>
          <w:szCs w:val="28"/>
          <w:lang w:val="ru-RU"/>
        </w:rPr>
      </w:pPr>
      <w:r>
        <w:rPr>
          <w:sz w:val="28"/>
          <w:szCs w:val="28"/>
          <w:lang w:val="ru-RU"/>
        </w:rPr>
        <w:t>В случае переноса даты проведения конкурса или объявления повторного конкурса сроки определяются в соответствии с разделом 6 и 7 настоящего Положения.</w:t>
      </w:r>
    </w:p>
    <w:p w:rsidR="00774219" w:rsidRPr="00E078A4" w:rsidRDefault="00950188">
      <w:pPr>
        <w:ind w:firstLine="709"/>
        <w:jc w:val="both"/>
        <w:rPr>
          <w:sz w:val="28"/>
          <w:szCs w:val="28"/>
          <w:lang w:val="ru-RU"/>
        </w:rPr>
      </w:pPr>
      <w:r w:rsidRPr="00E078A4">
        <w:rPr>
          <w:sz w:val="28"/>
          <w:szCs w:val="28"/>
          <w:lang w:val="ru-RU"/>
        </w:rPr>
        <w:t>1.</w:t>
      </w:r>
      <w:r w:rsidR="00DB7D63">
        <w:rPr>
          <w:sz w:val="28"/>
          <w:szCs w:val="28"/>
          <w:lang w:val="ru-RU"/>
        </w:rPr>
        <w:t>5</w:t>
      </w:r>
      <w:r w:rsidRPr="00E078A4">
        <w:rPr>
          <w:sz w:val="28"/>
          <w:szCs w:val="28"/>
          <w:lang w:val="ru-RU"/>
        </w:rPr>
        <w:t>. Решение об объявлении конкурса и информационное сообщение</w:t>
      </w:r>
      <w:r w:rsidR="00F90F72">
        <w:rPr>
          <w:sz w:val="28"/>
          <w:szCs w:val="28"/>
          <w:lang w:val="ru-RU"/>
        </w:rPr>
        <w:t xml:space="preserve"> </w:t>
      </w:r>
      <w:r w:rsidRPr="00E078A4">
        <w:rPr>
          <w:sz w:val="28"/>
          <w:szCs w:val="28"/>
          <w:lang w:val="ru-RU"/>
        </w:rPr>
        <w:t xml:space="preserve">об условиях конкурса размещаются на официальном сайте местной администрации </w:t>
      </w:r>
      <w:r w:rsidR="00F90F72">
        <w:rPr>
          <w:sz w:val="28"/>
          <w:szCs w:val="28"/>
          <w:lang w:val="ru-RU"/>
        </w:rPr>
        <w:t xml:space="preserve">г.п. Нарткала </w:t>
      </w:r>
      <w:r w:rsidR="00B55E16">
        <w:rPr>
          <w:sz w:val="28"/>
          <w:szCs w:val="28"/>
          <w:lang w:val="ru-RU"/>
        </w:rPr>
        <w:t>Урванского</w:t>
      </w:r>
      <w:r w:rsidRPr="00E078A4">
        <w:rPr>
          <w:sz w:val="28"/>
          <w:szCs w:val="28"/>
          <w:lang w:val="ru-RU"/>
        </w:rPr>
        <w:t xml:space="preserve"> муниципального района не позднее дня, следующего за днем принятия решения, и публикуются в газете «</w:t>
      </w:r>
      <w:r w:rsidR="00B55E16">
        <w:rPr>
          <w:sz w:val="28"/>
          <w:szCs w:val="28"/>
          <w:lang w:val="ru-RU"/>
        </w:rPr>
        <w:t>Маяк</w:t>
      </w:r>
      <w:r w:rsidR="0024362D">
        <w:rPr>
          <w:sz w:val="28"/>
          <w:szCs w:val="28"/>
          <w:lang w:val="ru-RU"/>
        </w:rPr>
        <w:t>-07</w:t>
      </w:r>
      <w:r w:rsidRPr="00E078A4">
        <w:rPr>
          <w:sz w:val="28"/>
          <w:szCs w:val="28"/>
          <w:lang w:val="ru-RU"/>
        </w:rPr>
        <w:t>» в течение 10 календарных дней со дня его принятия, но во всех случаях не позднее чем за 20 дней до дня проведения конкурса.</w:t>
      </w:r>
    </w:p>
    <w:p w:rsidR="00774219" w:rsidRPr="00E078A4" w:rsidRDefault="00950188">
      <w:pPr>
        <w:ind w:firstLine="709"/>
        <w:jc w:val="both"/>
        <w:rPr>
          <w:sz w:val="28"/>
          <w:szCs w:val="28"/>
          <w:lang w:val="ru-RU"/>
        </w:rPr>
      </w:pPr>
      <w:r w:rsidRPr="00E078A4">
        <w:rPr>
          <w:sz w:val="28"/>
          <w:szCs w:val="28"/>
          <w:lang w:val="ru-RU"/>
        </w:rPr>
        <w:t>1.</w:t>
      </w:r>
      <w:r w:rsidR="00DB7D63">
        <w:rPr>
          <w:sz w:val="28"/>
          <w:szCs w:val="28"/>
          <w:lang w:val="ru-RU"/>
        </w:rPr>
        <w:t>6</w:t>
      </w:r>
      <w:r w:rsidRPr="00E078A4">
        <w:rPr>
          <w:sz w:val="28"/>
          <w:szCs w:val="28"/>
          <w:lang w:val="ru-RU"/>
        </w:rPr>
        <w:t>. Информационное сообщение должно содержать:</w:t>
      </w:r>
    </w:p>
    <w:p w:rsidR="00774219" w:rsidRPr="00E078A4" w:rsidRDefault="00950188">
      <w:pPr>
        <w:ind w:firstLine="709"/>
        <w:jc w:val="both"/>
        <w:rPr>
          <w:sz w:val="28"/>
          <w:szCs w:val="28"/>
          <w:lang w:val="ru-RU"/>
        </w:rPr>
      </w:pPr>
      <w:r w:rsidRPr="00E078A4">
        <w:rPr>
          <w:sz w:val="28"/>
          <w:szCs w:val="28"/>
          <w:lang w:val="ru-RU"/>
        </w:rPr>
        <w:t>1) требования к кандидатам, установленные разделом 3 настоящего Положения;</w:t>
      </w:r>
    </w:p>
    <w:p w:rsidR="00774219" w:rsidRPr="00E078A4" w:rsidRDefault="00950188">
      <w:pPr>
        <w:ind w:firstLine="709"/>
        <w:jc w:val="both"/>
        <w:rPr>
          <w:sz w:val="28"/>
          <w:szCs w:val="28"/>
          <w:lang w:val="ru-RU"/>
        </w:rPr>
      </w:pPr>
      <w:r w:rsidRPr="00E078A4">
        <w:rPr>
          <w:sz w:val="28"/>
          <w:szCs w:val="28"/>
          <w:lang w:val="ru-RU"/>
        </w:rPr>
        <w:t>2) перечень документ</w:t>
      </w:r>
      <w:r w:rsidR="00EF7035">
        <w:rPr>
          <w:sz w:val="28"/>
          <w:szCs w:val="28"/>
          <w:lang w:val="ru-RU"/>
        </w:rPr>
        <w:t>ов и сведений</w:t>
      </w:r>
      <w:r w:rsidRPr="00E078A4">
        <w:rPr>
          <w:sz w:val="28"/>
          <w:szCs w:val="28"/>
          <w:lang w:val="ru-RU"/>
        </w:rPr>
        <w:t>, предусмотренным разделом 4 настоящего Положения;</w:t>
      </w:r>
    </w:p>
    <w:p w:rsidR="00774219" w:rsidRPr="00E078A4" w:rsidRDefault="00950188">
      <w:pPr>
        <w:ind w:firstLine="709"/>
        <w:jc w:val="both"/>
        <w:rPr>
          <w:sz w:val="28"/>
          <w:szCs w:val="28"/>
          <w:lang w:val="ru-RU"/>
        </w:rPr>
      </w:pPr>
      <w:r w:rsidRPr="00E078A4">
        <w:rPr>
          <w:sz w:val="28"/>
          <w:szCs w:val="28"/>
          <w:lang w:val="ru-RU"/>
        </w:rPr>
        <w:t>3) даты</w:t>
      </w:r>
      <w:r w:rsidR="00EF7035">
        <w:rPr>
          <w:sz w:val="28"/>
          <w:szCs w:val="28"/>
          <w:lang w:val="ru-RU"/>
        </w:rPr>
        <w:t xml:space="preserve"> начала и дату окончания</w:t>
      </w:r>
      <w:r w:rsidRPr="00E078A4">
        <w:rPr>
          <w:sz w:val="28"/>
          <w:szCs w:val="28"/>
          <w:lang w:val="ru-RU"/>
        </w:rPr>
        <w:t>, время и место приема документов, контактный телефон и адрес электронной почты для справок;</w:t>
      </w:r>
    </w:p>
    <w:p w:rsidR="00774219" w:rsidRPr="00E078A4" w:rsidRDefault="00950188">
      <w:pPr>
        <w:ind w:firstLine="709"/>
        <w:jc w:val="both"/>
        <w:rPr>
          <w:sz w:val="28"/>
          <w:szCs w:val="28"/>
          <w:lang w:val="ru-RU"/>
        </w:rPr>
      </w:pPr>
      <w:r w:rsidRPr="00E078A4">
        <w:rPr>
          <w:sz w:val="28"/>
          <w:szCs w:val="28"/>
          <w:lang w:val="ru-RU"/>
        </w:rPr>
        <w:t>4) дату, время и место проведения конкурса;</w:t>
      </w:r>
    </w:p>
    <w:p w:rsidR="00774219" w:rsidRPr="00E078A4" w:rsidRDefault="00950188">
      <w:pPr>
        <w:ind w:firstLine="709"/>
        <w:jc w:val="both"/>
        <w:rPr>
          <w:sz w:val="28"/>
          <w:szCs w:val="28"/>
          <w:lang w:val="ru-RU"/>
        </w:rPr>
      </w:pPr>
      <w:r w:rsidRPr="00E078A4">
        <w:rPr>
          <w:sz w:val="28"/>
          <w:szCs w:val="28"/>
          <w:lang w:val="ru-RU"/>
        </w:rPr>
        <w:t>5) источник официального опубликования настоящего Положения и адрес его размещения в информационно-телекоммуникационной сети «Интернет».</w:t>
      </w:r>
    </w:p>
    <w:p w:rsidR="00774219" w:rsidRPr="00E078A4" w:rsidRDefault="00950188">
      <w:pPr>
        <w:ind w:firstLine="709"/>
        <w:jc w:val="both"/>
        <w:rPr>
          <w:sz w:val="28"/>
          <w:szCs w:val="28"/>
          <w:lang w:val="ru-RU"/>
        </w:rPr>
      </w:pPr>
      <w:r w:rsidRPr="00E078A4">
        <w:rPr>
          <w:sz w:val="28"/>
          <w:szCs w:val="28"/>
          <w:lang w:val="ru-RU"/>
        </w:rPr>
        <w:t>1.</w:t>
      </w:r>
      <w:r w:rsidR="00DB7D63">
        <w:rPr>
          <w:sz w:val="28"/>
          <w:szCs w:val="28"/>
          <w:lang w:val="ru-RU"/>
        </w:rPr>
        <w:t>7</w:t>
      </w:r>
      <w:r w:rsidRPr="00E078A4">
        <w:rPr>
          <w:sz w:val="28"/>
          <w:szCs w:val="28"/>
          <w:lang w:val="ru-RU"/>
        </w:rPr>
        <w:t xml:space="preserve">. Решение об объявлении конкурса с приложением списка членов конкурсной комиссии, назначенных Советом, направляется главе </w:t>
      </w:r>
      <w:r w:rsidR="00B55E16">
        <w:rPr>
          <w:sz w:val="28"/>
          <w:szCs w:val="28"/>
          <w:lang w:val="ru-RU"/>
        </w:rPr>
        <w:t>Урванского</w:t>
      </w:r>
      <w:r w:rsidRPr="00E078A4">
        <w:rPr>
          <w:sz w:val="28"/>
          <w:szCs w:val="28"/>
          <w:lang w:val="ru-RU"/>
        </w:rPr>
        <w:t xml:space="preserve"> муниципального района в течение пяти рабочих дней со дня его принятия.</w:t>
      </w:r>
    </w:p>
    <w:p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2. Конкурсная комиссия</w:t>
      </w:r>
    </w:p>
    <w:p w:rsidR="00774219" w:rsidRPr="00E078A4" w:rsidRDefault="00950188">
      <w:pPr>
        <w:ind w:firstLine="709"/>
        <w:jc w:val="both"/>
        <w:rPr>
          <w:sz w:val="28"/>
          <w:szCs w:val="28"/>
          <w:lang w:val="ru-RU"/>
        </w:rPr>
      </w:pPr>
      <w:r w:rsidRPr="00E078A4">
        <w:rPr>
          <w:sz w:val="28"/>
          <w:szCs w:val="28"/>
          <w:lang w:val="ru-RU"/>
        </w:rPr>
        <w:t>2.1. Конкурсная комиссия является коллегиальным органом. Основной формой ее работы является заседание. Участие члена комиссии посредством видеоконференцсвязи допускается при условии достоверного установления его личности, непрерывного участия в рассмотрении вопроса и отражения этого факта в протоколе.</w:t>
      </w:r>
    </w:p>
    <w:p w:rsidR="00774219" w:rsidRDefault="00D21825" w:rsidP="00D21825">
      <w:pPr>
        <w:jc w:val="both"/>
        <w:rPr>
          <w:sz w:val="28"/>
          <w:szCs w:val="28"/>
          <w:lang w:val="ru-RU"/>
        </w:rPr>
      </w:pPr>
      <w:r>
        <w:rPr>
          <w:sz w:val="28"/>
          <w:szCs w:val="28"/>
          <w:lang w:val="ru-RU"/>
        </w:rPr>
        <w:t xml:space="preserve">          </w:t>
      </w:r>
      <w:r w:rsidR="00950188" w:rsidRPr="00E078A4">
        <w:rPr>
          <w:sz w:val="28"/>
          <w:szCs w:val="28"/>
          <w:lang w:val="ru-RU"/>
        </w:rPr>
        <w:t xml:space="preserve">2.2. Заседание </w:t>
      </w:r>
      <w:r w:rsidR="00EF7035">
        <w:rPr>
          <w:sz w:val="28"/>
          <w:szCs w:val="28"/>
          <w:lang w:val="ru-RU"/>
        </w:rPr>
        <w:t xml:space="preserve">конкурсной комиссии </w:t>
      </w:r>
      <w:r w:rsidR="00950188" w:rsidRPr="00E078A4">
        <w:rPr>
          <w:sz w:val="28"/>
          <w:szCs w:val="28"/>
          <w:lang w:val="ru-RU"/>
        </w:rPr>
        <w:t xml:space="preserve">правомочно, если в нем участвует </w:t>
      </w:r>
      <w:r w:rsidR="008D2CE3">
        <w:rPr>
          <w:sz w:val="28"/>
          <w:szCs w:val="28"/>
          <w:lang w:val="ru-RU"/>
        </w:rPr>
        <w:br/>
      </w:r>
      <w:r w:rsidR="00C22D33">
        <w:rPr>
          <w:sz w:val="28"/>
          <w:szCs w:val="28"/>
          <w:lang w:val="ru-RU"/>
        </w:rPr>
        <w:t>более половины</w:t>
      </w:r>
      <w:r w:rsidR="00EF7035">
        <w:rPr>
          <w:sz w:val="28"/>
          <w:szCs w:val="28"/>
          <w:lang w:val="ru-RU"/>
        </w:rPr>
        <w:t xml:space="preserve"> от </w:t>
      </w:r>
      <w:r w:rsidR="00950188" w:rsidRPr="00E078A4">
        <w:rPr>
          <w:sz w:val="28"/>
          <w:szCs w:val="28"/>
          <w:lang w:val="ru-RU"/>
        </w:rPr>
        <w:t>установленного числа членов конкурсной комиссии.</w:t>
      </w:r>
    </w:p>
    <w:p w:rsidR="006B6D1B" w:rsidRPr="00E078A4" w:rsidRDefault="006B6D1B">
      <w:pPr>
        <w:ind w:firstLine="709"/>
        <w:jc w:val="both"/>
        <w:rPr>
          <w:sz w:val="28"/>
          <w:szCs w:val="28"/>
          <w:lang w:val="ru-RU"/>
        </w:rPr>
      </w:pPr>
      <w:r>
        <w:rPr>
          <w:sz w:val="28"/>
          <w:szCs w:val="28"/>
          <w:lang w:val="ru-RU"/>
        </w:rPr>
        <w:t>Заседание конкурсной комиссии проводится без присутствия посторонних лиц.</w:t>
      </w:r>
    </w:p>
    <w:p w:rsidR="00774219" w:rsidRPr="00E078A4" w:rsidRDefault="00950188">
      <w:pPr>
        <w:ind w:firstLine="709"/>
        <w:jc w:val="both"/>
        <w:rPr>
          <w:sz w:val="28"/>
          <w:szCs w:val="28"/>
          <w:lang w:val="ru-RU"/>
        </w:rPr>
      </w:pPr>
      <w:r w:rsidRPr="00E078A4">
        <w:rPr>
          <w:sz w:val="28"/>
          <w:szCs w:val="28"/>
          <w:lang w:val="ru-RU"/>
        </w:rPr>
        <w:t xml:space="preserve">2.3. Первое заседание </w:t>
      </w:r>
      <w:r w:rsidR="006B6D1B">
        <w:rPr>
          <w:sz w:val="28"/>
          <w:szCs w:val="28"/>
          <w:lang w:val="ru-RU"/>
        </w:rPr>
        <w:t xml:space="preserve">конкурсной комиссии </w:t>
      </w:r>
      <w:r w:rsidRPr="00E078A4">
        <w:rPr>
          <w:sz w:val="28"/>
          <w:szCs w:val="28"/>
          <w:lang w:val="ru-RU"/>
        </w:rPr>
        <w:t>проводится после формирования комиссии в полном составе, но не позднее трех рабочих дней со дня ее формирования. Заседание созывает председатель Совета и ведет его до избрания председателя конкурсной комиссии.</w:t>
      </w:r>
    </w:p>
    <w:p w:rsidR="00774219" w:rsidRPr="00E078A4" w:rsidRDefault="00950188">
      <w:pPr>
        <w:ind w:firstLine="709"/>
        <w:jc w:val="both"/>
        <w:rPr>
          <w:sz w:val="28"/>
          <w:szCs w:val="28"/>
          <w:lang w:val="ru-RU"/>
        </w:rPr>
      </w:pPr>
      <w:r w:rsidRPr="00E078A4">
        <w:rPr>
          <w:sz w:val="28"/>
          <w:szCs w:val="28"/>
          <w:lang w:val="ru-RU"/>
        </w:rPr>
        <w:t xml:space="preserve">2.4. На первом заседании </w:t>
      </w:r>
      <w:r w:rsidR="006B6D1B">
        <w:rPr>
          <w:sz w:val="28"/>
          <w:szCs w:val="28"/>
          <w:lang w:val="ru-RU"/>
        </w:rPr>
        <w:t xml:space="preserve">конкурсной комиссии </w:t>
      </w:r>
      <w:r w:rsidRPr="00E078A4">
        <w:rPr>
          <w:sz w:val="28"/>
          <w:szCs w:val="28"/>
          <w:lang w:val="ru-RU"/>
        </w:rPr>
        <w:t>открытым голосованием большинством голосов присутствующих членов комиссии избираются председатель, заместитель председателя и секретарь конкурсной комиссии.</w:t>
      </w:r>
    </w:p>
    <w:p w:rsidR="00774219" w:rsidRPr="00E078A4" w:rsidRDefault="00950188">
      <w:pPr>
        <w:ind w:firstLine="709"/>
        <w:jc w:val="both"/>
        <w:rPr>
          <w:sz w:val="28"/>
          <w:szCs w:val="28"/>
          <w:lang w:val="ru-RU"/>
        </w:rPr>
      </w:pPr>
      <w:r w:rsidRPr="00E078A4">
        <w:rPr>
          <w:sz w:val="28"/>
          <w:szCs w:val="28"/>
          <w:lang w:val="ru-RU"/>
        </w:rPr>
        <w:t>2.5. Председатель конкурсной комиссии:</w:t>
      </w:r>
    </w:p>
    <w:p w:rsidR="00774219" w:rsidRPr="00E078A4" w:rsidRDefault="00950188">
      <w:pPr>
        <w:ind w:firstLine="709"/>
        <w:jc w:val="both"/>
        <w:rPr>
          <w:sz w:val="28"/>
          <w:szCs w:val="28"/>
          <w:lang w:val="ru-RU"/>
        </w:rPr>
      </w:pPr>
      <w:r w:rsidRPr="00E078A4">
        <w:rPr>
          <w:sz w:val="28"/>
          <w:szCs w:val="28"/>
          <w:lang w:val="ru-RU"/>
        </w:rPr>
        <w:t xml:space="preserve">1) организует работу комиссии и распределяет обязанности между </w:t>
      </w:r>
      <w:r w:rsidR="008D2CE3">
        <w:rPr>
          <w:sz w:val="28"/>
          <w:szCs w:val="28"/>
          <w:lang w:val="ru-RU"/>
        </w:rPr>
        <w:br/>
      </w:r>
      <w:r w:rsidRPr="00E078A4">
        <w:rPr>
          <w:sz w:val="28"/>
          <w:szCs w:val="28"/>
          <w:lang w:val="ru-RU"/>
        </w:rPr>
        <w:t>ее членами;</w:t>
      </w:r>
    </w:p>
    <w:p w:rsidR="00774219" w:rsidRPr="00E078A4" w:rsidRDefault="00950188">
      <w:pPr>
        <w:ind w:firstLine="709"/>
        <w:jc w:val="both"/>
        <w:rPr>
          <w:sz w:val="28"/>
          <w:szCs w:val="28"/>
          <w:lang w:val="ru-RU"/>
        </w:rPr>
      </w:pPr>
      <w:r w:rsidRPr="00E078A4">
        <w:rPr>
          <w:sz w:val="28"/>
          <w:szCs w:val="28"/>
          <w:lang w:val="ru-RU"/>
        </w:rPr>
        <w:t>2) формирует повестку дня, созывает и ведет заседания;</w:t>
      </w:r>
    </w:p>
    <w:p w:rsidR="00774219" w:rsidRPr="00E078A4" w:rsidRDefault="00950188">
      <w:pPr>
        <w:ind w:firstLine="709"/>
        <w:jc w:val="both"/>
        <w:rPr>
          <w:sz w:val="28"/>
          <w:szCs w:val="28"/>
          <w:lang w:val="ru-RU"/>
        </w:rPr>
      </w:pPr>
      <w:r w:rsidRPr="00E078A4">
        <w:rPr>
          <w:sz w:val="28"/>
          <w:szCs w:val="28"/>
          <w:lang w:val="ru-RU"/>
        </w:rPr>
        <w:t>3) подписывает протоколы и решения комиссии;</w:t>
      </w:r>
    </w:p>
    <w:p w:rsidR="00774219" w:rsidRPr="00E078A4" w:rsidRDefault="00950188">
      <w:pPr>
        <w:ind w:firstLine="709"/>
        <w:jc w:val="both"/>
        <w:rPr>
          <w:sz w:val="28"/>
          <w:szCs w:val="28"/>
          <w:lang w:val="ru-RU"/>
        </w:rPr>
      </w:pPr>
      <w:r w:rsidRPr="00E078A4">
        <w:rPr>
          <w:sz w:val="28"/>
          <w:szCs w:val="28"/>
          <w:lang w:val="ru-RU"/>
        </w:rPr>
        <w:t>4) представляет решение комиссии на заседании Совета.</w:t>
      </w:r>
    </w:p>
    <w:p w:rsidR="00774219" w:rsidRPr="00E078A4" w:rsidRDefault="00950188">
      <w:pPr>
        <w:ind w:firstLine="709"/>
        <w:jc w:val="both"/>
        <w:rPr>
          <w:sz w:val="28"/>
          <w:szCs w:val="28"/>
          <w:lang w:val="ru-RU"/>
        </w:rPr>
      </w:pPr>
      <w:r w:rsidRPr="00E078A4">
        <w:rPr>
          <w:sz w:val="28"/>
          <w:szCs w:val="28"/>
          <w:lang w:val="ru-RU"/>
        </w:rPr>
        <w:t>2.6. Заместитель председателя исполняет обязанности председателя в его отсутствие.</w:t>
      </w:r>
    </w:p>
    <w:p w:rsidR="00774219" w:rsidRPr="00E078A4" w:rsidRDefault="00950188">
      <w:pPr>
        <w:ind w:firstLine="709"/>
        <w:jc w:val="both"/>
        <w:rPr>
          <w:sz w:val="28"/>
          <w:szCs w:val="28"/>
          <w:lang w:val="ru-RU"/>
        </w:rPr>
      </w:pPr>
      <w:r w:rsidRPr="00E078A4">
        <w:rPr>
          <w:sz w:val="28"/>
          <w:szCs w:val="28"/>
          <w:lang w:val="ru-RU"/>
        </w:rPr>
        <w:t>2.7. Секретарь конкурсной комиссии:</w:t>
      </w:r>
    </w:p>
    <w:p w:rsidR="00774219" w:rsidRPr="00E078A4" w:rsidRDefault="00950188">
      <w:pPr>
        <w:ind w:firstLine="709"/>
        <w:jc w:val="both"/>
        <w:rPr>
          <w:sz w:val="28"/>
          <w:szCs w:val="28"/>
          <w:lang w:val="ru-RU"/>
        </w:rPr>
      </w:pPr>
      <w:r w:rsidRPr="00E078A4">
        <w:rPr>
          <w:sz w:val="28"/>
          <w:szCs w:val="28"/>
          <w:lang w:val="ru-RU"/>
        </w:rPr>
        <w:t xml:space="preserve">1) принимает и регистрирует документы кандидатов, выдает расписку </w:t>
      </w:r>
      <w:r w:rsidR="008D2CE3">
        <w:rPr>
          <w:sz w:val="28"/>
          <w:szCs w:val="28"/>
          <w:lang w:val="ru-RU"/>
        </w:rPr>
        <w:br/>
      </w:r>
      <w:r w:rsidRPr="00E078A4">
        <w:rPr>
          <w:sz w:val="28"/>
          <w:szCs w:val="28"/>
          <w:lang w:val="ru-RU"/>
        </w:rPr>
        <w:t>об их получении;</w:t>
      </w:r>
    </w:p>
    <w:p w:rsidR="00774219" w:rsidRPr="00E078A4" w:rsidRDefault="00950188">
      <w:pPr>
        <w:ind w:firstLine="709"/>
        <w:jc w:val="both"/>
        <w:rPr>
          <w:sz w:val="28"/>
          <w:szCs w:val="28"/>
          <w:lang w:val="ru-RU"/>
        </w:rPr>
      </w:pPr>
      <w:r w:rsidRPr="00E078A4">
        <w:rPr>
          <w:sz w:val="28"/>
          <w:szCs w:val="28"/>
          <w:lang w:val="ru-RU"/>
        </w:rPr>
        <w:t>2) уведомляет кандидата о выявленной неполноте документов или несоблюдении требований к их оформлению;</w:t>
      </w:r>
    </w:p>
    <w:p w:rsidR="00774219" w:rsidRPr="00E078A4" w:rsidRDefault="00950188">
      <w:pPr>
        <w:ind w:firstLine="709"/>
        <w:jc w:val="both"/>
        <w:rPr>
          <w:sz w:val="28"/>
          <w:szCs w:val="28"/>
          <w:lang w:val="ru-RU"/>
        </w:rPr>
      </w:pPr>
      <w:r w:rsidRPr="00E078A4">
        <w:rPr>
          <w:sz w:val="28"/>
          <w:szCs w:val="28"/>
          <w:lang w:val="ru-RU"/>
        </w:rPr>
        <w:t>3) извещает членов комиссии и кандидатов о заседаниях и принятых решениях;</w:t>
      </w:r>
    </w:p>
    <w:p w:rsidR="00774219" w:rsidRPr="00E078A4" w:rsidRDefault="00950188">
      <w:pPr>
        <w:ind w:firstLine="709"/>
        <w:jc w:val="both"/>
        <w:rPr>
          <w:sz w:val="28"/>
          <w:szCs w:val="28"/>
          <w:lang w:val="ru-RU"/>
        </w:rPr>
      </w:pPr>
      <w:r w:rsidRPr="00E078A4">
        <w:rPr>
          <w:sz w:val="28"/>
          <w:szCs w:val="28"/>
          <w:lang w:val="ru-RU"/>
        </w:rPr>
        <w:t>4) ведет и подписывает протоколы, оформляет выписки из них;</w:t>
      </w:r>
    </w:p>
    <w:p w:rsidR="00774219" w:rsidRPr="00E078A4" w:rsidRDefault="00950188">
      <w:pPr>
        <w:ind w:firstLine="709"/>
        <w:jc w:val="both"/>
        <w:rPr>
          <w:sz w:val="28"/>
          <w:szCs w:val="28"/>
          <w:lang w:val="ru-RU"/>
        </w:rPr>
      </w:pPr>
      <w:r w:rsidRPr="00E078A4">
        <w:rPr>
          <w:sz w:val="28"/>
          <w:szCs w:val="28"/>
          <w:lang w:val="ru-RU"/>
        </w:rPr>
        <w:t xml:space="preserve">5) обеспечивает хранение и последующую передачу документов </w:t>
      </w:r>
      <w:r w:rsidR="008D2CE3">
        <w:rPr>
          <w:sz w:val="28"/>
          <w:szCs w:val="28"/>
          <w:lang w:val="ru-RU"/>
        </w:rPr>
        <w:br/>
      </w:r>
      <w:r w:rsidRPr="00E078A4">
        <w:rPr>
          <w:sz w:val="28"/>
          <w:szCs w:val="28"/>
          <w:lang w:val="ru-RU"/>
        </w:rPr>
        <w:t>в соответствии с настоящим Положением.</w:t>
      </w:r>
    </w:p>
    <w:p w:rsidR="00774219" w:rsidRPr="00E078A4" w:rsidRDefault="00950188">
      <w:pPr>
        <w:ind w:firstLine="709"/>
        <w:jc w:val="both"/>
        <w:rPr>
          <w:sz w:val="28"/>
          <w:szCs w:val="28"/>
          <w:lang w:val="ru-RU"/>
        </w:rPr>
      </w:pPr>
      <w:r w:rsidRPr="00E078A4">
        <w:rPr>
          <w:sz w:val="28"/>
          <w:szCs w:val="28"/>
          <w:lang w:val="ru-RU"/>
        </w:rPr>
        <w:t>2.8. Член конкурсной комиссии вправе знакомиться со всеми документами и материалами конкурса, задавать кандидатам вопросы, вносить предложения, участвовать в голосовании и изложить особое мнение в письменной форме. Особое мнение прилагается к протоколу.</w:t>
      </w:r>
    </w:p>
    <w:p w:rsidR="006B6D1B" w:rsidRDefault="00950188">
      <w:pPr>
        <w:ind w:firstLine="709"/>
        <w:jc w:val="both"/>
        <w:rPr>
          <w:sz w:val="28"/>
          <w:szCs w:val="28"/>
          <w:lang w:val="ru-RU"/>
        </w:rPr>
      </w:pPr>
      <w:r w:rsidRPr="00E078A4">
        <w:rPr>
          <w:sz w:val="28"/>
          <w:szCs w:val="28"/>
          <w:lang w:val="ru-RU"/>
        </w:rPr>
        <w:t>2.9. Член конкурсной комиссии обязан сообщить о наличии личной заинтересованности, которая приводит или может</w:t>
      </w:r>
      <w:r w:rsidR="006B6D1B">
        <w:rPr>
          <w:sz w:val="28"/>
          <w:szCs w:val="28"/>
          <w:lang w:val="ru-RU"/>
        </w:rPr>
        <w:t xml:space="preserve"> привести к конфликту интересов, в том числе о наличии близкого родства или свойства (родители, супруги, дети, братья, сестры, а также братья, сестры, родители, дети супругов </w:t>
      </w:r>
      <w:r w:rsidR="008D2CE3">
        <w:rPr>
          <w:sz w:val="28"/>
          <w:szCs w:val="28"/>
          <w:lang w:val="ru-RU"/>
        </w:rPr>
        <w:br/>
      </w:r>
      <w:r w:rsidR="006B6D1B">
        <w:rPr>
          <w:sz w:val="28"/>
          <w:szCs w:val="28"/>
          <w:lang w:val="ru-RU"/>
        </w:rPr>
        <w:t>и супруги детей) с кандидатом, а также о наличии деловых, финансовых или иных отношений с кандидатом.</w:t>
      </w:r>
    </w:p>
    <w:p w:rsidR="00774219" w:rsidRPr="00E078A4" w:rsidRDefault="00950188">
      <w:pPr>
        <w:ind w:firstLine="709"/>
        <w:jc w:val="both"/>
        <w:rPr>
          <w:sz w:val="28"/>
          <w:szCs w:val="28"/>
          <w:lang w:val="ru-RU"/>
        </w:rPr>
      </w:pPr>
      <w:r w:rsidRPr="00E078A4">
        <w:rPr>
          <w:sz w:val="28"/>
          <w:szCs w:val="28"/>
          <w:lang w:val="ru-RU"/>
        </w:rPr>
        <w:t xml:space="preserve"> Вопрос об отводе или самоотводе </w:t>
      </w:r>
      <w:r w:rsidR="006B6D1B">
        <w:rPr>
          <w:sz w:val="28"/>
          <w:szCs w:val="28"/>
          <w:lang w:val="ru-RU"/>
        </w:rPr>
        <w:t xml:space="preserve">члена конкурсной комиссии </w:t>
      </w:r>
      <w:r w:rsidRPr="00E078A4">
        <w:rPr>
          <w:sz w:val="28"/>
          <w:szCs w:val="28"/>
          <w:lang w:val="ru-RU"/>
        </w:rPr>
        <w:t>решается комиссией до начала рассмотре</w:t>
      </w:r>
      <w:r w:rsidR="006B6D1B">
        <w:rPr>
          <w:sz w:val="28"/>
          <w:szCs w:val="28"/>
          <w:lang w:val="ru-RU"/>
        </w:rPr>
        <w:t>ния соответствующей кандидатуры. О</w:t>
      </w:r>
      <w:r w:rsidRPr="00E078A4">
        <w:rPr>
          <w:sz w:val="28"/>
          <w:szCs w:val="28"/>
          <w:lang w:val="ru-RU"/>
        </w:rPr>
        <w:t xml:space="preserve">тведенный член </w:t>
      </w:r>
      <w:r w:rsidR="006B6D1B">
        <w:rPr>
          <w:sz w:val="28"/>
          <w:szCs w:val="28"/>
          <w:lang w:val="ru-RU"/>
        </w:rPr>
        <w:t xml:space="preserve">конкурсной </w:t>
      </w:r>
      <w:r w:rsidRPr="00E078A4">
        <w:rPr>
          <w:sz w:val="28"/>
          <w:szCs w:val="28"/>
          <w:lang w:val="ru-RU"/>
        </w:rPr>
        <w:t xml:space="preserve">комиссии не участвует в обсуждении и голосовании по </w:t>
      </w:r>
      <w:r w:rsidR="006B6D1B">
        <w:rPr>
          <w:sz w:val="28"/>
          <w:szCs w:val="28"/>
          <w:lang w:val="ru-RU"/>
        </w:rPr>
        <w:t>данной кандидатуре</w:t>
      </w:r>
      <w:r w:rsidRPr="00E078A4">
        <w:rPr>
          <w:sz w:val="28"/>
          <w:szCs w:val="28"/>
          <w:lang w:val="ru-RU"/>
        </w:rPr>
        <w:t>.</w:t>
      </w:r>
      <w:r w:rsidR="006B6D1B">
        <w:rPr>
          <w:sz w:val="28"/>
          <w:szCs w:val="28"/>
          <w:lang w:val="ru-RU"/>
        </w:rPr>
        <w:t xml:space="preserve"> Решение об отводе оформляется протоколом.</w:t>
      </w:r>
    </w:p>
    <w:p w:rsidR="00774219" w:rsidRPr="00E078A4" w:rsidRDefault="00950188">
      <w:pPr>
        <w:ind w:firstLine="709"/>
        <w:jc w:val="both"/>
        <w:rPr>
          <w:sz w:val="28"/>
          <w:szCs w:val="28"/>
          <w:lang w:val="ru-RU"/>
        </w:rPr>
      </w:pPr>
      <w:r w:rsidRPr="00E078A4">
        <w:rPr>
          <w:sz w:val="28"/>
          <w:szCs w:val="28"/>
          <w:lang w:val="ru-RU"/>
        </w:rPr>
        <w:t xml:space="preserve">2.10. Решения по организационным вопросам принимаются открытым голосованием простым большинством голосов присутствующих членов </w:t>
      </w:r>
      <w:r w:rsidR="006B6D1B">
        <w:rPr>
          <w:sz w:val="28"/>
          <w:szCs w:val="28"/>
          <w:lang w:val="ru-RU"/>
        </w:rPr>
        <w:t xml:space="preserve">конкурсной </w:t>
      </w:r>
      <w:r w:rsidRPr="00E078A4">
        <w:rPr>
          <w:sz w:val="28"/>
          <w:szCs w:val="28"/>
          <w:lang w:val="ru-RU"/>
        </w:rPr>
        <w:t xml:space="preserve">комиссии. При равенстве голосов решающим является голос председательствующего. Решения о регистрации кандидатов </w:t>
      </w:r>
      <w:r w:rsidR="006B6D1B">
        <w:rPr>
          <w:sz w:val="28"/>
          <w:szCs w:val="28"/>
          <w:lang w:val="ru-RU"/>
        </w:rPr>
        <w:t xml:space="preserve">об отказе </w:t>
      </w:r>
      <w:r w:rsidR="008D2CE3">
        <w:rPr>
          <w:sz w:val="28"/>
          <w:szCs w:val="28"/>
          <w:lang w:val="ru-RU"/>
        </w:rPr>
        <w:br/>
      </w:r>
      <w:r w:rsidR="006B6D1B">
        <w:rPr>
          <w:sz w:val="28"/>
          <w:szCs w:val="28"/>
          <w:lang w:val="ru-RU"/>
        </w:rPr>
        <w:t xml:space="preserve">в регистрации, о допуске к участию в конкурсе, о </w:t>
      </w:r>
      <w:r w:rsidRPr="00E078A4">
        <w:rPr>
          <w:sz w:val="28"/>
          <w:szCs w:val="28"/>
          <w:lang w:val="ru-RU"/>
        </w:rPr>
        <w:t>представлении кандидатов Совету принимаются</w:t>
      </w:r>
      <w:r w:rsidR="006B6D1B">
        <w:rPr>
          <w:sz w:val="28"/>
          <w:szCs w:val="28"/>
          <w:lang w:val="ru-RU"/>
        </w:rPr>
        <w:t xml:space="preserve"> большинством голосов от установленного числа членов конкурсной </w:t>
      </w:r>
      <w:r w:rsidR="00080EEE">
        <w:rPr>
          <w:sz w:val="28"/>
          <w:szCs w:val="28"/>
          <w:lang w:val="ru-RU"/>
        </w:rPr>
        <w:t>комиссии</w:t>
      </w:r>
      <w:r w:rsidR="006B6D1B">
        <w:rPr>
          <w:sz w:val="28"/>
          <w:szCs w:val="28"/>
          <w:lang w:val="ru-RU"/>
        </w:rPr>
        <w:t>.</w:t>
      </w:r>
      <w:r w:rsidR="00080EEE">
        <w:rPr>
          <w:sz w:val="28"/>
          <w:szCs w:val="28"/>
          <w:lang w:val="ru-RU"/>
        </w:rPr>
        <w:t xml:space="preserve"> П</w:t>
      </w:r>
      <w:r w:rsidRPr="00E078A4">
        <w:rPr>
          <w:sz w:val="28"/>
          <w:szCs w:val="28"/>
          <w:lang w:val="ru-RU"/>
        </w:rPr>
        <w:t>равило о решающем голосе</w:t>
      </w:r>
      <w:r w:rsidR="00080EEE">
        <w:rPr>
          <w:sz w:val="28"/>
          <w:szCs w:val="28"/>
          <w:lang w:val="ru-RU"/>
        </w:rPr>
        <w:t xml:space="preserve"> председательствующего </w:t>
      </w:r>
      <w:r w:rsidR="008D2CE3">
        <w:rPr>
          <w:sz w:val="28"/>
          <w:szCs w:val="28"/>
          <w:lang w:val="ru-RU"/>
        </w:rPr>
        <w:br/>
      </w:r>
      <w:r w:rsidRPr="00E078A4">
        <w:rPr>
          <w:sz w:val="28"/>
          <w:szCs w:val="28"/>
          <w:lang w:val="ru-RU"/>
        </w:rPr>
        <w:t xml:space="preserve">на </w:t>
      </w:r>
      <w:r w:rsidR="00080EEE">
        <w:rPr>
          <w:sz w:val="28"/>
          <w:szCs w:val="28"/>
          <w:lang w:val="ru-RU"/>
        </w:rPr>
        <w:t xml:space="preserve">указанные </w:t>
      </w:r>
      <w:r w:rsidRPr="00E078A4">
        <w:rPr>
          <w:sz w:val="28"/>
          <w:szCs w:val="28"/>
          <w:lang w:val="ru-RU"/>
        </w:rPr>
        <w:t>решения не распространяется.</w:t>
      </w:r>
    </w:p>
    <w:p w:rsidR="00774219" w:rsidRPr="00E078A4" w:rsidRDefault="00950188">
      <w:pPr>
        <w:ind w:firstLine="709"/>
        <w:jc w:val="both"/>
        <w:rPr>
          <w:sz w:val="28"/>
          <w:szCs w:val="28"/>
          <w:lang w:val="ru-RU"/>
        </w:rPr>
      </w:pPr>
      <w:r w:rsidRPr="00E078A4">
        <w:rPr>
          <w:sz w:val="28"/>
          <w:szCs w:val="28"/>
          <w:lang w:val="ru-RU"/>
        </w:rPr>
        <w:t xml:space="preserve">2.11. Ход заседания </w:t>
      </w:r>
      <w:r w:rsidR="00080EEE">
        <w:rPr>
          <w:sz w:val="28"/>
          <w:szCs w:val="28"/>
          <w:lang w:val="ru-RU"/>
        </w:rPr>
        <w:t xml:space="preserve">конкурсной комиссии </w:t>
      </w:r>
      <w:r w:rsidRPr="00E078A4">
        <w:rPr>
          <w:sz w:val="28"/>
          <w:szCs w:val="28"/>
          <w:lang w:val="ru-RU"/>
        </w:rPr>
        <w:t xml:space="preserve">и принятые решения оформляются протоколом. Протокол подписывается председательствующим </w:t>
      </w:r>
      <w:r w:rsidR="008D2CE3">
        <w:rPr>
          <w:sz w:val="28"/>
          <w:szCs w:val="28"/>
          <w:lang w:val="ru-RU"/>
        </w:rPr>
        <w:br/>
      </w:r>
      <w:r w:rsidRPr="00E078A4">
        <w:rPr>
          <w:sz w:val="28"/>
          <w:szCs w:val="28"/>
          <w:lang w:val="ru-RU"/>
        </w:rPr>
        <w:t>и секретарем не позднее двух рабочих дней после заседания.</w:t>
      </w:r>
    </w:p>
    <w:p w:rsidR="00774219" w:rsidRPr="00E078A4" w:rsidRDefault="00950188">
      <w:pPr>
        <w:ind w:firstLine="709"/>
        <w:jc w:val="both"/>
        <w:rPr>
          <w:sz w:val="28"/>
          <w:szCs w:val="28"/>
          <w:lang w:val="ru-RU"/>
        </w:rPr>
      </w:pPr>
      <w:r w:rsidRPr="00E078A4">
        <w:rPr>
          <w:sz w:val="28"/>
          <w:szCs w:val="28"/>
          <w:lang w:val="ru-RU"/>
        </w:rPr>
        <w:t xml:space="preserve">2.12. Полномочия конкурсной комиссии начинаются со дня </w:t>
      </w:r>
      <w:r w:rsidR="008D2CE3">
        <w:rPr>
          <w:sz w:val="28"/>
          <w:szCs w:val="28"/>
          <w:lang w:val="ru-RU"/>
        </w:rPr>
        <w:br/>
      </w:r>
      <w:r w:rsidRPr="00E078A4">
        <w:rPr>
          <w:sz w:val="28"/>
          <w:szCs w:val="28"/>
          <w:lang w:val="ru-RU"/>
        </w:rPr>
        <w:t xml:space="preserve">ее формирования в полном составе и прекращаются со дня вступления в силу решения Совета об избрании главы </w:t>
      </w:r>
      <w:r w:rsidR="005E3646">
        <w:rPr>
          <w:sz w:val="28"/>
          <w:szCs w:val="28"/>
          <w:lang w:val="ru-RU"/>
        </w:rPr>
        <w:t>городского поселения Нарткала</w:t>
      </w:r>
      <w:r w:rsidRPr="00E078A4">
        <w:rPr>
          <w:sz w:val="28"/>
          <w:szCs w:val="28"/>
          <w:lang w:val="ru-RU"/>
        </w:rPr>
        <w:t>, если настоящим Положением не предусмотрено сохранение ее полномочий для проведения повторного конкурса.</w:t>
      </w:r>
    </w:p>
    <w:p w:rsidR="00774219" w:rsidRPr="00E078A4" w:rsidRDefault="00950188">
      <w:pPr>
        <w:ind w:firstLine="709"/>
        <w:jc w:val="both"/>
        <w:rPr>
          <w:sz w:val="28"/>
          <w:szCs w:val="28"/>
          <w:lang w:val="ru-RU"/>
        </w:rPr>
      </w:pPr>
      <w:r w:rsidRPr="00E078A4">
        <w:rPr>
          <w:sz w:val="28"/>
          <w:szCs w:val="28"/>
          <w:lang w:val="ru-RU"/>
        </w:rPr>
        <w:t>2.13. Организационное, правовое и материально-техническое обеспечение деятельности конкурсной комиссии осуществляет Совет.</w:t>
      </w:r>
    </w:p>
    <w:p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3. Требования к кандидатам</w:t>
      </w:r>
    </w:p>
    <w:p w:rsidR="00774219" w:rsidRPr="00E078A4" w:rsidRDefault="00950188">
      <w:pPr>
        <w:ind w:firstLine="709"/>
        <w:jc w:val="both"/>
        <w:rPr>
          <w:sz w:val="28"/>
          <w:szCs w:val="28"/>
          <w:lang w:val="ru-RU"/>
        </w:rPr>
      </w:pPr>
      <w:r w:rsidRPr="00E078A4">
        <w:rPr>
          <w:sz w:val="28"/>
          <w:szCs w:val="28"/>
          <w:lang w:val="ru-RU"/>
        </w:rPr>
        <w:t xml:space="preserve">3.1. Кандидатом может быть гражданин Российской Федерации, который на день представления конкурсной комиссией Совету кандидатов на должность главы </w:t>
      </w:r>
      <w:r w:rsidR="005E3646">
        <w:rPr>
          <w:sz w:val="28"/>
          <w:szCs w:val="28"/>
          <w:lang w:val="ru-RU"/>
        </w:rPr>
        <w:t xml:space="preserve">городского поселения Нарткала </w:t>
      </w:r>
      <w:r w:rsidRPr="00E078A4">
        <w:rPr>
          <w:sz w:val="28"/>
          <w:szCs w:val="28"/>
          <w:lang w:val="ru-RU"/>
        </w:rPr>
        <w:t>не имеет ограничений пассивного избирательного права, установленных законодательством Российской Федерации об основных гарантиях избирательных прав и права на участие в референдуме.</w:t>
      </w:r>
    </w:p>
    <w:p w:rsidR="00774219" w:rsidRPr="00E078A4" w:rsidRDefault="00950188">
      <w:pPr>
        <w:ind w:firstLine="709"/>
        <w:jc w:val="both"/>
        <w:rPr>
          <w:sz w:val="28"/>
          <w:szCs w:val="28"/>
          <w:lang w:val="ru-RU"/>
        </w:rPr>
      </w:pPr>
      <w:r w:rsidRPr="00E078A4">
        <w:rPr>
          <w:sz w:val="28"/>
          <w:szCs w:val="28"/>
          <w:lang w:val="ru-RU"/>
        </w:rPr>
        <w:t xml:space="preserve">3.2. При отборе кандидатур </w:t>
      </w:r>
      <w:r w:rsidR="00080EEE">
        <w:rPr>
          <w:sz w:val="28"/>
          <w:szCs w:val="28"/>
          <w:lang w:val="ru-RU"/>
        </w:rPr>
        <w:t xml:space="preserve">на должность главы </w:t>
      </w:r>
      <w:r w:rsidR="005E3646">
        <w:rPr>
          <w:sz w:val="28"/>
          <w:szCs w:val="28"/>
          <w:lang w:val="ru-RU"/>
        </w:rPr>
        <w:t xml:space="preserve">городского поселения Нарткала </w:t>
      </w:r>
      <w:r w:rsidR="00DB7D63">
        <w:rPr>
          <w:sz w:val="28"/>
          <w:szCs w:val="28"/>
          <w:lang w:val="ru-RU"/>
        </w:rPr>
        <w:t xml:space="preserve">конкурсная </w:t>
      </w:r>
      <w:r w:rsidR="00080EEE">
        <w:rPr>
          <w:sz w:val="28"/>
          <w:szCs w:val="28"/>
          <w:lang w:val="ru-RU"/>
        </w:rPr>
        <w:t>комиссия оценивает соответствие кандидата следующим требованиям</w:t>
      </w:r>
      <w:r w:rsidRPr="00E078A4">
        <w:rPr>
          <w:sz w:val="28"/>
          <w:szCs w:val="28"/>
          <w:lang w:val="ru-RU"/>
        </w:rPr>
        <w:t>:</w:t>
      </w:r>
    </w:p>
    <w:p w:rsidR="00774219" w:rsidRPr="00E078A4" w:rsidRDefault="00950188">
      <w:pPr>
        <w:ind w:firstLine="709"/>
        <w:jc w:val="both"/>
        <w:rPr>
          <w:sz w:val="28"/>
          <w:szCs w:val="28"/>
          <w:lang w:val="ru-RU"/>
        </w:rPr>
      </w:pPr>
      <w:r w:rsidRPr="00E078A4">
        <w:rPr>
          <w:sz w:val="28"/>
          <w:szCs w:val="28"/>
          <w:lang w:val="ru-RU"/>
        </w:rPr>
        <w:t>1) наличие высшего образования</w:t>
      </w:r>
      <w:r w:rsidR="00084C4B">
        <w:rPr>
          <w:sz w:val="28"/>
          <w:szCs w:val="28"/>
          <w:lang w:val="ru-RU"/>
        </w:rPr>
        <w:t>;</w:t>
      </w:r>
    </w:p>
    <w:p w:rsidR="00774219" w:rsidRPr="00E078A4" w:rsidRDefault="00950188">
      <w:pPr>
        <w:ind w:firstLine="709"/>
        <w:jc w:val="both"/>
        <w:rPr>
          <w:sz w:val="28"/>
          <w:szCs w:val="28"/>
          <w:lang w:val="ru-RU"/>
        </w:rPr>
      </w:pPr>
      <w:r w:rsidRPr="00E078A4">
        <w:rPr>
          <w:sz w:val="28"/>
          <w:szCs w:val="28"/>
          <w:lang w:val="ru-RU"/>
        </w:rPr>
        <w:t xml:space="preserve">2) знание Конституции Российской Федерации, </w:t>
      </w:r>
      <w:r w:rsidR="00080EEE">
        <w:rPr>
          <w:sz w:val="28"/>
          <w:szCs w:val="28"/>
          <w:lang w:val="ru-RU"/>
        </w:rPr>
        <w:t xml:space="preserve">федерального </w:t>
      </w:r>
      <w:r w:rsidRPr="00E078A4">
        <w:rPr>
          <w:sz w:val="28"/>
          <w:szCs w:val="28"/>
          <w:lang w:val="ru-RU"/>
        </w:rPr>
        <w:t xml:space="preserve">законодательства о местном самоуправлении, </w:t>
      </w:r>
      <w:r w:rsidR="00080EEE">
        <w:rPr>
          <w:sz w:val="28"/>
          <w:szCs w:val="28"/>
          <w:lang w:val="ru-RU"/>
        </w:rPr>
        <w:t xml:space="preserve">о </w:t>
      </w:r>
      <w:r w:rsidRPr="00E078A4">
        <w:rPr>
          <w:sz w:val="28"/>
          <w:szCs w:val="28"/>
          <w:lang w:val="ru-RU"/>
        </w:rPr>
        <w:t xml:space="preserve">противодействии коррупции, </w:t>
      </w:r>
      <w:r w:rsidR="008D2CE3">
        <w:rPr>
          <w:sz w:val="28"/>
          <w:szCs w:val="28"/>
          <w:lang w:val="ru-RU"/>
        </w:rPr>
        <w:br/>
      </w:r>
      <w:r w:rsidR="00080EEE">
        <w:rPr>
          <w:sz w:val="28"/>
          <w:szCs w:val="28"/>
          <w:lang w:val="ru-RU"/>
        </w:rPr>
        <w:t xml:space="preserve">о </w:t>
      </w:r>
      <w:r w:rsidRPr="00E078A4">
        <w:rPr>
          <w:sz w:val="28"/>
          <w:szCs w:val="28"/>
          <w:lang w:val="ru-RU"/>
        </w:rPr>
        <w:t xml:space="preserve">стратегическом планировании, бюджетного законодательства, Конституции </w:t>
      </w:r>
      <w:r w:rsidR="00F70DDE">
        <w:rPr>
          <w:sz w:val="28"/>
          <w:szCs w:val="28"/>
          <w:lang w:val="ru-RU"/>
        </w:rPr>
        <w:br/>
      </w:r>
      <w:r w:rsidRPr="00E078A4">
        <w:rPr>
          <w:sz w:val="28"/>
          <w:szCs w:val="28"/>
          <w:lang w:val="ru-RU"/>
        </w:rPr>
        <w:t xml:space="preserve">и законодательства Кабардино-Балкарской Республики, Устава и муниципальных правовых актов </w:t>
      </w:r>
      <w:r w:rsidR="005E3646">
        <w:rPr>
          <w:sz w:val="28"/>
          <w:szCs w:val="28"/>
          <w:lang w:val="ru-RU"/>
        </w:rPr>
        <w:t>городского поселения Нарткала</w:t>
      </w:r>
      <w:r w:rsidRPr="00E078A4">
        <w:rPr>
          <w:sz w:val="28"/>
          <w:szCs w:val="28"/>
          <w:lang w:val="ru-RU"/>
        </w:rPr>
        <w:t>;</w:t>
      </w:r>
    </w:p>
    <w:p w:rsidR="00774219" w:rsidRPr="0024362D" w:rsidRDefault="00950188">
      <w:pPr>
        <w:ind w:firstLine="709"/>
        <w:jc w:val="both"/>
        <w:rPr>
          <w:color w:val="FF0000"/>
          <w:sz w:val="28"/>
          <w:szCs w:val="28"/>
          <w:lang w:val="ru-RU"/>
        </w:rPr>
      </w:pPr>
      <w:r w:rsidRPr="00E078A4">
        <w:rPr>
          <w:sz w:val="28"/>
          <w:szCs w:val="28"/>
          <w:lang w:val="ru-RU"/>
        </w:rPr>
        <w:t xml:space="preserve">3) </w:t>
      </w:r>
      <w:r w:rsidR="00080EEE">
        <w:rPr>
          <w:sz w:val="28"/>
          <w:szCs w:val="28"/>
          <w:lang w:val="ru-RU"/>
        </w:rPr>
        <w:t>наличие стажа</w:t>
      </w:r>
      <w:r w:rsidR="00C22D33">
        <w:rPr>
          <w:sz w:val="28"/>
          <w:szCs w:val="28"/>
          <w:lang w:val="ru-RU"/>
        </w:rPr>
        <w:t xml:space="preserve"> </w:t>
      </w:r>
      <w:r w:rsidR="00080EEE">
        <w:rPr>
          <w:sz w:val="28"/>
          <w:szCs w:val="28"/>
          <w:lang w:val="ru-RU"/>
        </w:rPr>
        <w:t>(</w:t>
      </w:r>
      <w:r w:rsidRPr="00E078A4">
        <w:rPr>
          <w:sz w:val="28"/>
          <w:szCs w:val="28"/>
          <w:lang w:val="ru-RU"/>
        </w:rPr>
        <w:t>опыт</w:t>
      </w:r>
      <w:r w:rsidR="00080EEE">
        <w:rPr>
          <w:sz w:val="28"/>
          <w:szCs w:val="28"/>
          <w:lang w:val="ru-RU"/>
        </w:rPr>
        <w:t>а)</w:t>
      </w:r>
      <w:r w:rsidRPr="00E078A4">
        <w:rPr>
          <w:sz w:val="28"/>
          <w:szCs w:val="28"/>
          <w:lang w:val="ru-RU"/>
        </w:rPr>
        <w:t xml:space="preserve"> работы на руководящих должностях в органах</w:t>
      </w:r>
      <w:r w:rsidR="00080EEE">
        <w:rPr>
          <w:sz w:val="28"/>
          <w:szCs w:val="28"/>
          <w:lang w:val="ru-RU"/>
        </w:rPr>
        <w:t xml:space="preserve"> государственной власти, иных государственных органах, органах местного самоуправления, организациях не менее</w:t>
      </w:r>
      <w:r w:rsidR="0024362D">
        <w:rPr>
          <w:sz w:val="28"/>
          <w:szCs w:val="28"/>
          <w:lang w:val="ru-RU"/>
        </w:rPr>
        <w:t xml:space="preserve"> 4 </w:t>
      </w:r>
      <w:r w:rsidR="00080EEE">
        <w:rPr>
          <w:sz w:val="28"/>
          <w:szCs w:val="28"/>
          <w:lang w:val="ru-RU"/>
        </w:rPr>
        <w:t>лет;</w:t>
      </w:r>
      <w:r w:rsidR="0024362D">
        <w:rPr>
          <w:sz w:val="28"/>
          <w:szCs w:val="28"/>
          <w:lang w:val="ru-RU"/>
        </w:rPr>
        <w:t xml:space="preserve"> </w:t>
      </w:r>
    </w:p>
    <w:p w:rsidR="00774219" w:rsidRPr="00E078A4" w:rsidRDefault="00950188">
      <w:pPr>
        <w:ind w:firstLine="709"/>
        <w:jc w:val="both"/>
        <w:rPr>
          <w:sz w:val="28"/>
          <w:szCs w:val="28"/>
          <w:lang w:val="ru-RU"/>
        </w:rPr>
      </w:pPr>
      <w:r w:rsidRPr="00E078A4">
        <w:rPr>
          <w:sz w:val="28"/>
          <w:szCs w:val="28"/>
          <w:lang w:val="ru-RU"/>
        </w:rPr>
        <w:t>4) профессиональные и деловые качества, необходимые для осуществления полномочий главы муниципального образования.</w:t>
      </w:r>
    </w:p>
    <w:p w:rsidR="00774219" w:rsidRPr="00E078A4" w:rsidRDefault="00950188">
      <w:pPr>
        <w:ind w:firstLine="709"/>
        <w:jc w:val="both"/>
        <w:rPr>
          <w:sz w:val="28"/>
          <w:szCs w:val="28"/>
          <w:lang w:val="ru-RU"/>
        </w:rPr>
      </w:pPr>
      <w:r w:rsidRPr="00E078A4">
        <w:rPr>
          <w:sz w:val="28"/>
          <w:szCs w:val="28"/>
          <w:lang w:val="ru-RU"/>
        </w:rPr>
        <w:t>3.3. Наличие у лица депутатского мандата, иной выборной должности, работы или деятельности, несовместимых со статусом главы муниципального образования, само по себе не препятствует участию в конкурсе. Кандидат обязан в случае избрания прекратить несовместимые полномочия или деятельность в установленный законом срок.</w:t>
      </w:r>
    </w:p>
    <w:p w:rsidR="00774219" w:rsidRPr="00E078A4" w:rsidRDefault="00950188">
      <w:pPr>
        <w:ind w:firstLine="709"/>
        <w:jc w:val="both"/>
        <w:rPr>
          <w:sz w:val="28"/>
          <w:szCs w:val="28"/>
          <w:lang w:val="ru-RU"/>
        </w:rPr>
      </w:pPr>
      <w:r w:rsidRPr="00E078A4">
        <w:rPr>
          <w:sz w:val="28"/>
          <w:szCs w:val="28"/>
          <w:lang w:val="ru-RU"/>
        </w:rPr>
        <w:t>3.4. Соответствие кандидата требованиям пункта 3.1 настоящего Положения проверяется при принятии решения о его регистрации и повторно непосредственно перед направлением кандидатур в Совет. При возникновении ограничения пассивного избирательного права после регистрации кандидат исключается из числа представляемых Совету с указанием установленного законом основания.</w:t>
      </w:r>
    </w:p>
    <w:p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4. Представление и рассмотрение документов</w:t>
      </w:r>
    </w:p>
    <w:p w:rsidR="00774219" w:rsidRPr="00E078A4" w:rsidRDefault="00950188">
      <w:pPr>
        <w:ind w:firstLine="709"/>
        <w:jc w:val="both"/>
        <w:rPr>
          <w:sz w:val="28"/>
          <w:szCs w:val="28"/>
          <w:lang w:val="ru-RU"/>
        </w:rPr>
      </w:pPr>
      <w:r w:rsidRPr="00E078A4">
        <w:rPr>
          <w:sz w:val="28"/>
          <w:szCs w:val="28"/>
          <w:lang w:val="ru-RU"/>
        </w:rPr>
        <w:t>4.1. Для участия в конкурсе гражданин представляет:</w:t>
      </w:r>
    </w:p>
    <w:p w:rsidR="00774219" w:rsidRPr="00E078A4" w:rsidRDefault="00950188">
      <w:pPr>
        <w:ind w:firstLine="709"/>
        <w:jc w:val="both"/>
        <w:rPr>
          <w:sz w:val="28"/>
          <w:szCs w:val="28"/>
          <w:lang w:val="ru-RU"/>
        </w:rPr>
      </w:pPr>
      <w:r w:rsidRPr="00E078A4">
        <w:rPr>
          <w:sz w:val="28"/>
          <w:szCs w:val="28"/>
          <w:lang w:val="ru-RU"/>
        </w:rPr>
        <w:t xml:space="preserve">1) заявление о согласии на </w:t>
      </w:r>
      <w:r w:rsidR="00DB7D63">
        <w:rPr>
          <w:sz w:val="28"/>
          <w:szCs w:val="28"/>
          <w:lang w:val="ru-RU"/>
        </w:rPr>
        <w:t>участие в конкурсе</w:t>
      </w:r>
      <w:r w:rsidRPr="00E078A4">
        <w:rPr>
          <w:sz w:val="28"/>
          <w:szCs w:val="28"/>
          <w:lang w:val="ru-RU"/>
        </w:rPr>
        <w:t xml:space="preserve"> и избрание на должность главы </w:t>
      </w:r>
      <w:r w:rsidR="005E3646">
        <w:rPr>
          <w:sz w:val="28"/>
          <w:szCs w:val="28"/>
          <w:lang w:val="ru-RU"/>
        </w:rPr>
        <w:t xml:space="preserve">городского поселения Нарткала </w:t>
      </w:r>
      <w:r w:rsidRPr="00E078A4">
        <w:rPr>
          <w:sz w:val="28"/>
          <w:szCs w:val="28"/>
          <w:lang w:val="ru-RU"/>
        </w:rPr>
        <w:t>о форме согласно приложению № 1;</w:t>
      </w:r>
    </w:p>
    <w:p w:rsidR="00746B7E" w:rsidRPr="00746B7E" w:rsidRDefault="00950188" w:rsidP="00746B7E">
      <w:pPr>
        <w:ind w:firstLine="709"/>
        <w:jc w:val="both"/>
        <w:rPr>
          <w:sz w:val="28"/>
          <w:szCs w:val="28"/>
          <w:lang w:val="ru-RU"/>
        </w:rPr>
      </w:pPr>
      <w:r w:rsidRPr="00E078A4">
        <w:rPr>
          <w:sz w:val="28"/>
          <w:szCs w:val="28"/>
          <w:lang w:val="ru-RU"/>
        </w:rPr>
        <w:t xml:space="preserve">2) </w:t>
      </w:r>
      <w:r w:rsidR="00746B7E" w:rsidRPr="00746B7E">
        <w:rPr>
          <w:sz w:val="28"/>
          <w:szCs w:val="28"/>
          <w:lang w:val="ru-RU"/>
        </w:rPr>
        <w:t xml:space="preserve">заполненная в установленном порядке и подписанная </w:t>
      </w:r>
      <w:r w:rsidR="00746B7E">
        <w:rPr>
          <w:sz w:val="28"/>
          <w:szCs w:val="28"/>
          <w:lang w:val="ru-RU"/>
        </w:rPr>
        <w:t>кандидатом</w:t>
      </w:r>
      <w:r w:rsidR="00746B7E" w:rsidRPr="00746B7E">
        <w:rPr>
          <w:sz w:val="28"/>
          <w:szCs w:val="28"/>
          <w:lang w:val="ru-RU"/>
        </w:rPr>
        <w:t xml:space="preserve"> анкета по форме, установленной Указом Президента Российской Федерации от 10 октября 2024 года </w:t>
      </w:r>
      <w:r w:rsidR="00DB7D63">
        <w:rPr>
          <w:sz w:val="28"/>
          <w:szCs w:val="28"/>
          <w:lang w:val="ru-RU"/>
        </w:rPr>
        <w:t>№</w:t>
      </w:r>
      <w:r w:rsidR="00746B7E" w:rsidRPr="00746B7E">
        <w:rPr>
          <w:sz w:val="28"/>
          <w:szCs w:val="28"/>
          <w:lang w:val="ru-RU"/>
        </w:rPr>
        <w:t xml:space="preserve"> 870 </w:t>
      </w:r>
      <w:r w:rsidR="00DB7D63">
        <w:rPr>
          <w:sz w:val="28"/>
          <w:szCs w:val="28"/>
          <w:lang w:val="ru-RU"/>
        </w:rPr>
        <w:t>«</w:t>
      </w:r>
      <w:r w:rsidR="00746B7E" w:rsidRPr="00746B7E">
        <w:rPr>
          <w:sz w:val="28"/>
          <w:szCs w:val="28"/>
          <w:lang w:val="ru-RU"/>
        </w:rPr>
        <w:t>О некоторых вопросах представления сведений при поступлении на государственную службу Российской Федерации</w:t>
      </w:r>
      <w:r w:rsidR="005347ED">
        <w:rPr>
          <w:sz w:val="28"/>
          <w:szCs w:val="28"/>
          <w:lang w:val="ru-RU"/>
        </w:rPr>
        <w:t xml:space="preserve"> </w:t>
      </w:r>
      <w:r w:rsidR="00746B7E" w:rsidRPr="00746B7E">
        <w:rPr>
          <w:sz w:val="28"/>
          <w:szCs w:val="28"/>
          <w:lang w:val="ru-RU"/>
        </w:rPr>
        <w:t>и муниципальную службу в Российс</w:t>
      </w:r>
      <w:r w:rsidR="00DB7D63">
        <w:rPr>
          <w:sz w:val="28"/>
          <w:szCs w:val="28"/>
          <w:lang w:val="ru-RU"/>
        </w:rPr>
        <w:t>кой Федерации и их актуализации»</w:t>
      </w:r>
      <w:r w:rsidR="00746B7E" w:rsidRPr="00746B7E">
        <w:rPr>
          <w:sz w:val="28"/>
          <w:szCs w:val="28"/>
          <w:lang w:val="ru-RU"/>
        </w:rPr>
        <w:t>, с приложением фотографии, выполненной на матовой бумаге в черно-белом изображении форматом 4 x 6 см</w:t>
      </w:r>
      <w:r w:rsidR="00746B7E">
        <w:rPr>
          <w:sz w:val="28"/>
          <w:szCs w:val="28"/>
          <w:lang w:val="ru-RU"/>
        </w:rPr>
        <w:t>;</w:t>
      </w:r>
    </w:p>
    <w:p w:rsidR="00774219" w:rsidRDefault="00950188">
      <w:pPr>
        <w:ind w:firstLine="709"/>
        <w:jc w:val="both"/>
        <w:rPr>
          <w:sz w:val="28"/>
          <w:szCs w:val="28"/>
          <w:lang w:val="ru-RU"/>
        </w:rPr>
      </w:pPr>
      <w:r w:rsidRPr="00E078A4">
        <w:rPr>
          <w:sz w:val="28"/>
          <w:szCs w:val="28"/>
          <w:lang w:val="ru-RU"/>
        </w:rPr>
        <w:t xml:space="preserve">3) </w:t>
      </w:r>
      <w:r w:rsidR="00F3429A" w:rsidRPr="00F3429A">
        <w:rPr>
          <w:sz w:val="28"/>
          <w:szCs w:val="28"/>
          <w:lang w:val="ru-RU"/>
        </w:rPr>
        <w:t xml:space="preserve">копия </w:t>
      </w:r>
      <w:r w:rsidR="00F3429A">
        <w:rPr>
          <w:sz w:val="28"/>
          <w:szCs w:val="28"/>
          <w:lang w:val="ru-RU"/>
        </w:rPr>
        <w:t xml:space="preserve">всех страниц </w:t>
      </w:r>
      <w:r w:rsidR="00F3429A" w:rsidRPr="00F3429A">
        <w:rPr>
          <w:sz w:val="28"/>
          <w:szCs w:val="28"/>
          <w:lang w:val="ru-RU"/>
        </w:rPr>
        <w:t>паспорта или документа, заменяющего паспорт гражданина</w:t>
      </w:r>
      <w:r w:rsidR="00F3429A">
        <w:rPr>
          <w:sz w:val="28"/>
          <w:szCs w:val="28"/>
          <w:lang w:val="ru-RU"/>
        </w:rPr>
        <w:t>, кандидата;</w:t>
      </w:r>
    </w:p>
    <w:p w:rsidR="00F3429A" w:rsidRDefault="00F3429A" w:rsidP="00F3429A">
      <w:pPr>
        <w:ind w:firstLine="709"/>
        <w:jc w:val="both"/>
        <w:rPr>
          <w:sz w:val="28"/>
          <w:szCs w:val="28"/>
          <w:lang w:val="ru-RU"/>
        </w:rPr>
      </w:pPr>
      <w:r>
        <w:rPr>
          <w:sz w:val="28"/>
          <w:szCs w:val="28"/>
          <w:lang w:val="ru-RU"/>
        </w:rPr>
        <w:t xml:space="preserve">4) </w:t>
      </w:r>
      <w:r w:rsidRPr="00F3429A">
        <w:rPr>
          <w:sz w:val="28"/>
          <w:szCs w:val="28"/>
          <w:lang w:val="ru-RU"/>
        </w:rPr>
        <w:t>копия трудовой книжки и (или) основная информация о трудовой деятельности и трудовом стаже выдвинутого лица (в соответствии со статьей 66.1 Трудового кодекса Российской Федерации) или копии иных документов, подтверждающих служебную (трудовую) деятельность выдвинутого лица, заверенные нотариально или кадровой службой по месту службы (работы)</w:t>
      </w:r>
      <w:r>
        <w:rPr>
          <w:sz w:val="28"/>
          <w:szCs w:val="28"/>
          <w:lang w:val="ru-RU"/>
        </w:rPr>
        <w:t xml:space="preserve"> кандидата;</w:t>
      </w:r>
    </w:p>
    <w:p w:rsidR="00F3429A" w:rsidRDefault="00F3429A" w:rsidP="00F3429A">
      <w:pPr>
        <w:ind w:firstLine="709"/>
        <w:jc w:val="both"/>
        <w:rPr>
          <w:sz w:val="28"/>
          <w:szCs w:val="28"/>
          <w:lang w:val="ru-RU"/>
        </w:rPr>
      </w:pPr>
      <w:r>
        <w:rPr>
          <w:sz w:val="28"/>
          <w:szCs w:val="28"/>
          <w:lang w:val="ru-RU"/>
        </w:rPr>
        <w:t xml:space="preserve">5) </w:t>
      </w:r>
      <w:r w:rsidRPr="00F3429A">
        <w:rPr>
          <w:sz w:val="28"/>
          <w:szCs w:val="28"/>
          <w:lang w:val="ru-RU"/>
        </w:rPr>
        <w:t>копии документов об образовании и о квалификации, заверенные нотариально или кадровой службой по месту службы (работы)</w:t>
      </w:r>
      <w:r>
        <w:rPr>
          <w:sz w:val="28"/>
          <w:szCs w:val="28"/>
          <w:lang w:val="ru-RU"/>
        </w:rPr>
        <w:t xml:space="preserve"> кандидата;</w:t>
      </w:r>
    </w:p>
    <w:p w:rsidR="00F3429A" w:rsidRDefault="00F3429A" w:rsidP="00F3429A">
      <w:pPr>
        <w:ind w:firstLine="709"/>
        <w:jc w:val="both"/>
        <w:rPr>
          <w:sz w:val="28"/>
          <w:szCs w:val="28"/>
          <w:lang w:val="ru-RU"/>
        </w:rPr>
      </w:pPr>
      <w:r>
        <w:rPr>
          <w:sz w:val="28"/>
          <w:szCs w:val="28"/>
          <w:lang w:val="ru-RU"/>
        </w:rPr>
        <w:t xml:space="preserve">6) </w:t>
      </w:r>
      <w:r w:rsidRPr="00F3429A">
        <w:rPr>
          <w:sz w:val="28"/>
          <w:szCs w:val="28"/>
          <w:lang w:val="ru-RU"/>
        </w:rPr>
        <w:t xml:space="preserve">копии документов </w:t>
      </w:r>
      <w:r w:rsidR="00084C4B">
        <w:rPr>
          <w:sz w:val="28"/>
          <w:szCs w:val="28"/>
          <w:lang w:val="ru-RU"/>
        </w:rPr>
        <w:t>кандидата</w:t>
      </w:r>
      <w:r w:rsidRPr="00F3429A">
        <w:rPr>
          <w:sz w:val="28"/>
          <w:szCs w:val="28"/>
          <w:lang w:val="ru-RU"/>
        </w:rPr>
        <w:t xml:space="preserve"> - для </w:t>
      </w:r>
      <w:r>
        <w:rPr>
          <w:sz w:val="28"/>
          <w:szCs w:val="28"/>
          <w:lang w:val="ru-RU"/>
        </w:rPr>
        <w:t>кандидата</w:t>
      </w:r>
      <w:r w:rsidRPr="00F3429A">
        <w:rPr>
          <w:sz w:val="28"/>
          <w:szCs w:val="28"/>
          <w:lang w:val="ru-RU"/>
        </w:rPr>
        <w:t xml:space="preserve">, пребывающего </w:t>
      </w:r>
      <w:r w:rsidR="00F70DDE">
        <w:rPr>
          <w:sz w:val="28"/>
          <w:szCs w:val="28"/>
          <w:lang w:val="ru-RU"/>
        </w:rPr>
        <w:br/>
      </w:r>
      <w:r w:rsidRPr="00F3429A">
        <w:rPr>
          <w:sz w:val="28"/>
          <w:szCs w:val="28"/>
          <w:lang w:val="ru-RU"/>
        </w:rPr>
        <w:t>в запасе, и выдвинутого лица, подлежащего призыву на военную службу;</w:t>
      </w:r>
    </w:p>
    <w:p w:rsidR="00F3429A" w:rsidRDefault="00084C4B" w:rsidP="00F3429A">
      <w:pPr>
        <w:ind w:firstLine="709"/>
        <w:jc w:val="both"/>
        <w:rPr>
          <w:sz w:val="28"/>
          <w:szCs w:val="28"/>
          <w:lang w:val="ru-RU"/>
        </w:rPr>
      </w:pPr>
      <w:r>
        <w:rPr>
          <w:sz w:val="28"/>
          <w:szCs w:val="28"/>
          <w:lang w:val="ru-RU"/>
        </w:rPr>
        <w:t>7</w:t>
      </w:r>
      <w:r w:rsidR="00746B7E">
        <w:rPr>
          <w:sz w:val="28"/>
          <w:szCs w:val="28"/>
          <w:lang w:val="ru-RU"/>
        </w:rPr>
        <w:t xml:space="preserve">) </w:t>
      </w:r>
      <w:r w:rsidR="00F3429A" w:rsidRPr="00F3429A">
        <w:rPr>
          <w:sz w:val="28"/>
          <w:szCs w:val="28"/>
          <w:lang w:val="ru-RU"/>
        </w:rPr>
        <w:t xml:space="preserve">документ (заключение медицинского учреждения) об отсутствии </w:t>
      </w:r>
      <w:r w:rsidR="00F70DDE">
        <w:rPr>
          <w:sz w:val="28"/>
          <w:szCs w:val="28"/>
          <w:lang w:val="ru-RU"/>
        </w:rPr>
        <w:br/>
      </w:r>
      <w:r w:rsidR="00F3429A" w:rsidRPr="00F3429A">
        <w:rPr>
          <w:sz w:val="28"/>
          <w:szCs w:val="28"/>
          <w:lang w:val="ru-RU"/>
        </w:rPr>
        <w:t xml:space="preserve">у </w:t>
      </w:r>
      <w:r w:rsidR="00F3429A">
        <w:rPr>
          <w:sz w:val="28"/>
          <w:szCs w:val="28"/>
          <w:lang w:val="ru-RU"/>
        </w:rPr>
        <w:t>кандидата</w:t>
      </w:r>
      <w:r w:rsidR="00F3429A" w:rsidRPr="00F3429A">
        <w:rPr>
          <w:sz w:val="28"/>
          <w:szCs w:val="28"/>
          <w:lang w:val="ru-RU"/>
        </w:rPr>
        <w:t xml:space="preserve"> заболевания, препятствующего поступлению на государственную гражданскую службу Российской Федерации и муниципальную службу или </w:t>
      </w:r>
      <w:r w:rsidR="00F70DDE">
        <w:rPr>
          <w:sz w:val="28"/>
          <w:szCs w:val="28"/>
          <w:lang w:val="ru-RU"/>
        </w:rPr>
        <w:br/>
      </w:r>
      <w:r w:rsidR="00F3429A" w:rsidRPr="00F3429A">
        <w:rPr>
          <w:sz w:val="28"/>
          <w:szCs w:val="28"/>
          <w:lang w:val="ru-RU"/>
        </w:rPr>
        <w:t>ее прохождению,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r w:rsidR="00746B7E">
        <w:rPr>
          <w:sz w:val="28"/>
          <w:szCs w:val="28"/>
          <w:lang w:val="ru-RU"/>
        </w:rPr>
        <w:t>;</w:t>
      </w:r>
    </w:p>
    <w:p w:rsidR="00746B7E" w:rsidRDefault="00084C4B" w:rsidP="00746B7E">
      <w:pPr>
        <w:ind w:firstLine="709"/>
        <w:jc w:val="both"/>
        <w:rPr>
          <w:sz w:val="28"/>
          <w:szCs w:val="28"/>
          <w:lang w:val="ru-RU"/>
        </w:rPr>
      </w:pPr>
      <w:r>
        <w:rPr>
          <w:sz w:val="28"/>
          <w:szCs w:val="28"/>
          <w:lang w:val="ru-RU"/>
        </w:rPr>
        <w:t>8</w:t>
      </w:r>
      <w:r w:rsidR="00746B7E">
        <w:rPr>
          <w:sz w:val="28"/>
          <w:szCs w:val="28"/>
          <w:lang w:val="ru-RU"/>
        </w:rPr>
        <w:t xml:space="preserve">) </w:t>
      </w:r>
      <w:r w:rsidR="00746B7E" w:rsidRPr="00746B7E">
        <w:rPr>
          <w:sz w:val="28"/>
          <w:szCs w:val="28"/>
          <w:lang w:val="ru-RU"/>
        </w:rPr>
        <w:t>копия свидетельства о постановке физического лица на учет в налоговом органе по месту жительства на территории Российской Федерации;</w:t>
      </w:r>
    </w:p>
    <w:p w:rsidR="00746B7E" w:rsidRDefault="00084C4B" w:rsidP="00746B7E">
      <w:pPr>
        <w:ind w:firstLine="709"/>
        <w:jc w:val="both"/>
        <w:rPr>
          <w:sz w:val="28"/>
          <w:szCs w:val="28"/>
          <w:lang w:val="ru-RU"/>
        </w:rPr>
      </w:pPr>
      <w:r>
        <w:rPr>
          <w:sz w:val="28"/>
          <w:szCs w:val="28"/>
          <w:lang w:val="ru-RU"/>
        </w:rPr>
        <w:t>9</w:t>
      </w:r>
      <w:r w:rsidR="00746B7E">
        <w:rPr>
          <w:sz w:val="28"/>
          <w:szCs w:val="28"/>
          <w:lang w:val="ru-RU"/>
        </w:rPr>
        <w:t xml:space="preserve">) </w:t>
      </w:r>
      <w:r w:rsidR="00746B7E" w:rsidRPr="00746B7E">
        <w:rPr>
          <w:sz w:val="28"/>
          <w:szCs w:val="28"/>
          <w:lang w:val="ru-RU"/>
        </w:rPr>
        <w:t>справка о наличии (отсутствии) судимости и (или) факта уголовного преследования либо о прекращении уголовного преследования выдвинутого лица по форме, утвержденной федеральным органом исполнительной власти в сфере внутренних дел, выданная федеральным органом исполнительной власти в сфере внутрен</w:t>
      </w:r>
      <w:r w:rsidR="00746B7E">
        <w:rPr>
          <w:sz w:val="28"/>
          <w:szCs w:val="28"/>
          <w:lang w:val="ru-RU"/>
        </w:rPr>
        <w:t>них дел не ранее чем за 15 дней до дня подачи документов;</w:t>
      </w:r>
    </w:p>
    <w:p w:rsidR="00746B7E" w:rsidRDefault="00746B7E" w:rsidP="00746B7E">
      <w:pPr>
        <w:ind w:firstLine="709"/>
        <w:jc w:val="both"/>
        <w:rPr>
          <w:sz w:val="28"/>
          <w:szCs w:val="28"/>
          <w:lang w:val="ru-RU"/>
        </w:rPr>
      </w:pPr>
      <w:r>
        <w:rPr>
          <w:sz w:val="28"/>
          <w:szCs w:val="28"/>
          <w:lang w:val="ru-RU"/>
        </w:rPr>
        <w:t>1</w:t>
      </w:r>
      <w:r w:rsidR="00084C4B">
        <w:rPr>
          <w:sz w:val="28"/>
          <w:szCs w:val="28"/>
          <w:lang w:val="ru-RU"/>
        </w:rPr>
        <w:t>0</w:t>
      </w:r>
      <w:r>
        <w:rPr>
          <w:sz w:val="28"/>
          <w:szCs w:val="28"/>
          <w:lang w:val="ru-RU"/>
        </w:rPr>
        <w:t xml:space="preserve">) </w:t>
      </w:r>
      <w:r w:rsidRPr="00746B7E">
        <w:rPr>
          <w:sz w:val="28"/>
          <w:szCs w:val="28"/>
          <w:lang w:val="ru-RU"/>
        </w:rPr>
        <w:t>информация о наличии (отсутствии) обстоятельс</w:t>
      </w:r>
      <w:r>
        <w:rPr>
          <w:sz w:val="28"/>
          <w:szCs w:val="28"/>
          <w:lang w:val="ru-RU"/>
        </w:rPr>
        <w:t>тв, предусмотренных подпунктом «в»</w:t>
      </w:r>
      <w:r w:rsidRPr="00746B7E">
        <w:rPr>
          <w:sz w:val="28"/>
          <w:szCs w:val="28"/>
          <w:lang w:val="ru-RU"/>
        </w:rPr>
        <w:t xml:space="preserve"> пункта 3.2, пунктом 3.6 статьи 4 Федерального закона от 12 июня 2002 года </w:t>
      </w:r>
      <w:r>
        <w:rPr>
          <w:sz w:val="28"/>
          <w:szCs w:val="28"/>
          <w:lang w:val="ru-RU"/>
        </w:rPr>
        <w:t>№ 67-ФЗ «</w:t>
      </w:r>
      <w:r w:rsidRPr="00746B7E">
        <w:rPr>
          <w:sz w:val="28"/>
          <w:szCs w:val="28"/>
          <w:lang w:val="ru-RU"/>
        </w:rPr>
        <w:t>Об основных гарантиях избирательных прав и права на участие в референду</w:t>
      </w:r>
      <w:r>
        <w:rPr>
          <w:sz w:val="28"/>
          <w:szCs w:val="28"/>
          <w:lang w:val="ru-RU"/>
        </w:rPr>
        <w:t>ме граждан Российской Федерации»;</w:t>
      </w:r>
    </w:p>
    <w:p w:rsidR="00746B7E" w:rsidRPr="00E078A4" w:rsidRDefault="00746B7E" w:rsidP="00746B7E">
      <w:pPr>
        <w:ind w:firstLine="709"/>
        <w:jc w:val="both"/>
        <w:rPr>
          <w:sz w:val="28"/>
          <w:szCs w:val="28"/>
          <w:lang w:val="ru-RU"/>
        </w:rPr>
      </w:pPr>
      <w:r>
        <w:rPr>
          <w:sz w:val="28"/>
          <w:szCs w:val="28"/>
          <w:lang w:val="ru-RU"/>
        </w:rPr>
        <w:t>1</w:t>
      </w:r>
      <w:r w:rsidR="00084C4B">
        <w:rPr>
          <w:sz w:val="28"/>
          <w:szCs w:val="28"/>
          <w:lang w:val="ru-RU"/>
        </w:rPr>
        <w:t>1</w:t>
      </w:r>
      <w:r>
        <w:rPr>
          <w:sz w:val="28"/>
          <w:szCs w:val="28"/>
          <w:lang w:val="ru-RU"/>
        </w:rPr>
        <w:t xml:space="preserve">) </w:t>
      </w:r>
      <w:r w:rsidRPr="00746B7E">
        <w:rPr>
          <w:sz w:val="28"/>
          <w:szCs w:val="28"/>
          <w:lang w:val="ru-RU"/>
        </w:rPr>
        <w:t xml:space="preserve">сведения о доходах, об имуществе и обязательствах имущественного характера </w:t>
      </w:r>
      <w:r>
        <w:rPr>
          <w:sz w:val="28"/>
          <w:szCs w:val="28"/>
          <w:lang w:val="ru-RU"/>
        </w:rPr>
        <w:t>кандидата</w:t>
      </w:r>
      <w:r w:rsidRPr="00746B7E">
        <w:rPr>
          <w:sz w:val="28"/>
          <w:szCs w:val="28"/>
          <w:lang w:val="ru-RU"/>
        </w:rPr>
        <w:t>, а также о доходах, об имуществе и обязательствах имущественного характера его супруга (супруги) и несовершеннолетних детей;</w:t>
      </w:r>
    </w:p>
    <w:p w:rsidR="00774219" w:rsidRPr="00E078A4" w:rsidRDefault="00746B7E" w:rsidP="00746B7E">
      <w:pPr>
        <w:ind w:firstLine="709"/>
        <w:jc w:val="both"/>
        <w:rPr>
          <w:sz w:val="28"/>
          <w:szCs w:val="28"/>
          <w:lang w:val="ru-RU"/>
        </w:rPr>
      </w:pPr>
      <w:r>
        <w:rPr>
          <w:sz w:val="28"/>
          <w:szCs w:val="28"/>
          <w:lang w:val="ru-RU"/>
        </w:rPr>
        <w:t>1</w:t>
      </w:r>
      <w:r w:rsidR="00084C4B">
        <w:rPr>
          <w:sz w:val="28"/>
          <w:szCs w:val="28"/>
          <w:lang w:val="ru-RU"/>
        </w:rPr>
        <w:t>2</w:t>
      </w:r>
      <w:r w:rsidR="00950188" w:rsidRPr="00E078A4">
        <w:rPr>
          <w:sz w:val="28"/>
          <w:szCs w:val="28"/>
          <w:lang w:val="ru-RU"/>
        </w:rPr>
        <w:t xml:space="preserve">) </w:t>
      </w:r>
      <w:r w:rsidRPr="00746B7E">
        <w:rPr>
          <w:sz w:val="28"/>
          <w:szCs w:val="28"/>
          <w:lang w:val="ru-RU"/>
        </w:rPr>
        <w:t xml:space="preserve">согласие </w:t>
      </w:r>
      <w:r>
        <w:rPr>
          <w:sz w:val="28"/>
          <w:szCs w:val="28"/>
          <w:lang w:val="ru-RU"/>
        </w:rPr>
        <w:t>кандидата</w:t>
      </w:r>
      <w:r w:rsidRPr="00746B7E">
        <w:rPr>
          <w:sz w:val="28"/>
          <w:szCs w:val="28"/>
          <w:lang w:val="ru-RU"/>
        </w:rPr>
        <w:t xml:space="preserve"> на обработку персональных данных, предоставленное в соответствии со статьей 9 Федерального закона от 27 июля 2006 года </w:t>
      </w:r>
      <w:r w:rsidR="008D2CE3">
        <w:rPr>
          <w:sz w:val="28"/>
          <w:szCs w:val="28"/>
          <w:lang w:val="ru-RU"/>
        </w:rPr>
        <w:t>№ 152-ФЗ «</w:t>
      </w:r>
      <w:r w:rsidRPr="00746B7E">
        <w:rPr>
          <w:sz w:val="28"/>
          <w:szCs w:val="28"/>
          <w:lang w:val="ru-RU"/>
        </w:rPr>
        <w:t>О персональных данн</w:t>
      </w:r>
      <w:r w:rsidR="008D2CE3">
        <w:rPr>
          <w:sz w:val="28"/>
          <w:szCs w:val="28"/>
          <w:lang w:val="ru-RU"/>
        </w:rPr>
        <w:t>ых»</w:t>
      </w:r>
      <w:r w:rsidR="00C267CC">
        <w:rPr>
          <w:sz w:val="28"/>
          <w:szCs w:val="28"/>
          <w:lang w:val="ru-RU"/>
        </w:rPr>
        <w:t xml:space="preserve"> </w:t>
      </w:r>
      <w:r w:rsidR="00C267CC" w:rsidRPr="0024362D">
        <w:rPr>
          <w:szCs w:val="24"/>
          <w:lang w:val="ru-RU"/>
        </w:rPr>
        <w:t>(приложение 2)</w:t>
      </w:r>
      <w:r w:rsidRPr="0024362D">
        <w:rPr>
          <w:szCs w:val="24"/>
          <w:lang w:val="ru-RU"/>
        </w:rPr>
        <w:t>.</w:t>
      </w:r>
    </w:p>
    <w:p w:rsidR="000F7CFB" w:rsidRPr="000F7CFB" w:rsidRDefault="00084C4B" w:rsidP="000F7CFB">
      <w:pPr>
        <w:ind w:firstLine="709"/>
        <w:jc w:val="both"/>
        <w:rPr>
          <w:sz w:val="28"/>
          <w:szCs w:val="28"/>
          <w:lang w:val="ru-RU"/>
        </w:rPr>
      </w:pPr>
      <w:r>
        <w:rPr>
          <w:sz w:val="28"/>
          <w:szCs w:val="28"/>
          <w:lang w:val="ru-RU"/>
        </w:rPr>
        <w:t xml:space="preserve">4.2 </w:t>
      </w:r>
      <w:r w:rsidR="000F7CFB">
        <w:rPr>
          <w:sz w:val="28"/>
          <w:szCs w:val="28"/>
          <w:lang w:val="ru-RU"/>
        </w:rPr>
        <w:t>Кандидат</w:t>
      </w:r>
      <w:r w:rsidR="000F7CFB" w:rsidRPr="000F7CFB">
        <w:rPr>
          <w:sz w:val="28"/>
          <w:szCs w:val="28"/>
          <w:lang w:val="ru-RU"/>
        </w:rPr>
        <w:t xml:space="preserve"> вправе дополнительно к документам</w:t>
      </w:r>
      <w:r w:rsidR="000F7CFB">
        <w:rPr>
          <w:sz w:val="28"/>
          <w:szCs w:val="28"/>
          <w:lang w:val="ru-RU"/>
        </w:rPr>
        <w:t xml:space="preserve"> и сведениям, указанным в пункте 4</w:t>
      </w:r>
      <w:r w:rsidR="000F7CFB" w:rsidRPr="000F7CFB">
        <w:rPr>
          <w:sz w:val="28"/>
          <w:szCs w:val="28"/>
          <w:lang w:val="ru-RU"/>
        </w:rPr>
        <w:t xml:space="preserve"> настоящей статьи, представить:</w:t>
      </w:r>
    </w:p>
    <w:p w:rsidR="000F7CFB" w:rsidRPr="000F7CFB" w:rsidRDefault="000F7CFB" w:rsidP="000F7CFB">
      <w:pPr>
        <w:ind w:firstLine="709"/>
        <w:jc w:val="both"/>
        <w:rPr>
          <w:sz w:val="28"/>
          <w:szCs w:val="28"/>
          <w:lang w:val="ru-RU"/>
        </w:rPr>
      </w:pPr>
      <w:r w:rsidRPr="000F7CFB">
        <w:rPr>
          <w:sz w:val="28"/>
          <w:szCs w:val="28"/>
          <w:lang w:val="ru-RU"/>
        </w:rPr>
        <w:t>1)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службы (работы) выдвинутого лица;</w:t>
      </w:r>
    </w:p>
    <w:p w:rsidR="000F7CFB" w:rsidRPr="000F7CFB" w:rsidRDefault="000F7CFB" w:rsidP="000F7CFB">
      <w:pPr>
        <w:ind w:firstLine="709"/>
        <w:jc w:val="both"/>
        <w:rPr>
          <w:sz w:val="28"/>
          <w:szCs w:val="28"/>
          <w:lang w:val="ru-RU"/>
        </w:rPr>
      </w:pPr>
      <w:r w:rsidRPr="000F7CFB">
        <w:rPr>
          <w:sz w:val="28"/>
          <w:szCs w:val="28"/>
          <w:lang w:val="ru-RU"/>
        </w:rPr>
        <w:t xml:space="preserve">2) документы, характеризующие профессиональную подготовку и личные качества </w:t>
      </w:r>
      <w:r>
        <w:rPr>
          <w:sz w:val="28"/>
          <w:szCs w:val="28"/>
          <w:lang w:val="ru-RU"/>
        </w:rPr>
        <w:t>кандидата</w:t>
      </w:r>
      <w:r w:rsidRPr="000F7CFB">
        <w:rPr>
          <w:sz w:val="28"/>
          <w:szCs w:val="28"/>
          <w:lang w:val="ru-RU"/>
        </w:rPr>
        <w:t>;</w:t>
      </w:r>
    </w:p>
    <w:p w:rsidR="000F7CFB" w:rsidRDefault="000F7CFB" w:rsidP="000F7CFB">
      <w:pPr>
        <w:ind w:firstLine="709"/>
        <w:jc w:val="both"/>
        <w:rPr>
          <w:sz w:val="28"/>
          <w:szCs w:val="28"/>
          <w:lang w:val="ru-RU"/>
        </w:rPr>
      </w:pPr>
      <w:r w:rsidRPr="000F7CFB">
        <w:rPr>
          <w:sz w:val="28"/>
          <w:szCs w:val="28"/>
          <w:lang w:val="ru-RU"/>
        </w:rPr>
        <w:t xml:space="preserve">3) программу </w:t>
      </w:r>
      <w:r>
        <w:rPr>
          <w:sz w:val="28"/>
          <w:szCs w:val="28"/>
          <w:lang w:val="ru-RU"/>
        </w:rPr>
        <w:t>кандидата</w:t>
      </w:r>
      <w:r w:rsidRPr="000F7CFB">
        <w:rPr>
          <w:sz w:val="28"/>
          <w:szCs w:val="28"/>
          <w:lang w:val="ru-RU"/>
        </w:rPr>
        <w:t xml:space="preserve"> по развитию муниципального образования в произвольной форме, содержащую информацию об оценке текущего социально-экономического состояния муниципального образования, описание основных проблем социально-экономического развития муниципального образования и комплекс предлагаемых мер по их решению, сроки, ресурсное обеспечение и механизмы</w:t>
      </w:r>
      <w:r>
        <w:rPr>
          <w:sz w:val="28"/>
          <w:szCs w:val="28"/>
          <w:lang w:val="ru-RU"/>
        </w:rPr>
        <w:t xml:space="preserve"> реализации указанной программы.</w:t>
      </w:r>
    </w:p>
    <w:p w:rsidR="00774219" w:rsidRPr="00E078A4" w:rsidRDefault="00950188">
      <w:pPr>
        <w:ind w:firstLine="709"/>
        <w:jc w:val="both"/>
        <w:rPr>
          <w:sz w:val="28"/>
          <w:szCs w:val="28"/>
          <w:lang w:val="ru-RU"/>
        </w:rPr>
      </w:pPr>
      <w:r w:rsidRPr="00E078A4">
        <w:rPr>
          <w:sz w:val="28"/>
          <w:szCs w:val="28"/>
          <w:lang w:val="ru-RU"/>
        </w:rPr>
        <w:t>Непредставление документов, указанных в настоящем пункте, не является основанием для отказа в приеме документов или регистрации кандидата, однако комиссия оценивает предпочтительные требования только на основании представленных и достоверных материалов.</w:t>
      </w:r>
    </w:p>
    <w:p w:rsidR="00774219" w:rsidRPr="00E078A4" w:rsidRDefault="00950188">
      <w:pPr>
        <w:ind w:firstLine="709"/>
        <w:jc w:val="both"/>
        <w:rPr>
          <w:sz w:val="28"/>
          <w:szCs w:val="28"/>
          <w:lang w:val="ru-RU"/>
        </w:rPr>
      </w:pPr>
      <w:r w:rsidRPr="00E078A4">
        <w:rPr>
          <w:sz w:val="28"/>
          <w:szCs w:val="28"/>
          <w:lang w:val="ru-RU"/>
        </w:rPr>
        <w:t>4.3. Документы представляются кандидатом лично. Они могут быть представлены представителем при наличии нотариально удостоверенной доверенности; подпись кандидата на заявлении и согласии на обработку персональных данных в таком случае должна быть нотариально засвидетельствована.</w:t>
      </w:r>
    </w:p>
    <w:p w:rsidR="00774219" w:rsidRPr="00E078A4" w:rsidRDefault="00950188">
      <w:pPr>
        <w:ind w:firstLine="709"/>
        <w:jc w:val="both"/>
        <w:rPr>
          <w:sz w:val="28"/>
          <w:szCs w:val="28"/>
          <w:lang w:val="ru-RU"/>
        </w:rPr>
      </w:pPr>
      <w:r w:rsidRPr="00E078A4">
        <w:rPr>
          <w:sz w:val="28"/>
          <w:szCs w:val="28"/>
          <w:lang w:val="ru-RU"/>
        </w:rPr>
        <w:t>4.4. Документы принимаются независимо от их полноты. Секретарь в присутствии лица, представившего документы, составляет опись, отмечает дату и время приема, сверяет копии с подлинниками и выдает экземпляр описи. Отказ в фактическом приеме документов не допускается.</w:t>
      </w:r>
    </w:p>
    <w:p w:rsidR="00774219" w:rsidRDefault="00950188">
      <w:pPr>
        <w:ind w:firstLine="709"/>
        <w:jc w:val="both"/>
        <w:rPr>
          <w:sz w:val="28"/>
          <w:szCs w:val="28"/>
          <w:lang w:val="ru-RU"/>
        </w:rPr>
      </w:pPr>
      <w:r w:rsidRPr="00E078A4">
        <w:rPr>
          <w:sz w:val="28"/>
          <w:szCs w:val="28"/>
          <w:lang w:val="ru-RU"/>
        </w:rPr>
        <w:t xml:space="preserve">4.5. Если до окончания срока приема документов выявлены отсутствие обязательного документа или недостаток оформления, секретарь </w:t>
      </w:r>
      <w:r w:rsidR="000F7CFB">
        <w:rPr>
          <w:sz w:val="28"/>
          <w:szCs w:val="28"/>
          <w:lang w:val="ru-RU"/>
        </w:rPr>
        <w:t xml:space="preserve">конкурсной комиссии </w:t>
      </w:r>
      <w:r w:rsidRPr="00E078A4">
        <w:rPr>
          <w:sz w:val="28"/>
          <w:szCs w:val="28"/>
          <w:lang w:val="ru-RU"/>
        </w:rPr>
        <w:t xml:space="preserve">не позднее следующего рабочего дня </w:t>
      </w:r>
      <w:r w:rsidR="000F7CFB">
        <w:rPr>
          <w:sz w:val="28"/>
          <w:szCs w:val="28"/>
          <w:lang w:val="ru-RU"/>
        </w:rPr>
        <w:t xml:space="preserve">направляет кандидату письменное </w:t>
      </w:r>
      <w:r w:rsidRPr="00E078A4">
        <w:rPr>
          <w:sz w:val="28"/>
          <w:szCs w:val="28"/>
          <w:lang w:val="ru-RU"/>
        </w:rPr>
        <w:t>уведомл</w:t>
      </w:r>
      <w:r w:rsidR="000F7CFB">
        <w:rPr>
          <w:sz w:val="28"/>
          <w:szCs w:val="28"/>
          <w:lang w:val="ru-RU"/>
        </w:rPr>
        <w:t>ение с указанием конкретных недостатков и сроков для их устранения.</w:t>
      </w:r>
      <w:r w:rsidRPr="00E078A4">
        <w:rPr>
          <w:sz w:val="28"/>
          <w:szCs w:val="28"/>
          <w:lang w:val="ru-RU"/>
        </w:rPr>
        <w:t xml:space="preserve"> Кандидат вправе дополнить или заменить документы до истечения срока их приема.</w:t>
      </w:r>
    </w:p>
    <w:p w:rsidR="000F7CFB" w:rsidRPr="00E078A4" w:rsidRDefault="000F7CFB">
      <w:pPr>
        <w:ind w:firstLine="709"/>
        <w:jc w:val="both"/>
        <w:rPr>
          <w:sz w:val="28"/>
          <w:szCs w:val="28"/>
          <w:lang w:val="ru-RU"/>
        </w:rPr>
      </w:pPr>
      <w:r>
        <w:rPr>
          <w:sz w:val="28"/>
          <w:szCs w:val="28"/>
          <w:lang w:val="ru-RU"/>
        </w:rPr>
        <w:t>Отказ в приеме документов при наличии всех обязательных документов, предусмотренных пунктом 4.1 настоящего Положения, не допускается.</w:t>
      </w:r>
    </w:p>
    <w:p w:rsidR="00774219" w:rsidRPr="00E078A4" w:rsidRDefault="00950188">
      <w:pPr>
        <w:ind w:firstLine="709"/>
        <w:jc w:val="both"/>
        <w:rPr>
          <w:sz w:val="28"/>
          <w:szCs w:val="28"/>
          <w:lang w:val="ru-RU"/>
        </w:rPr>
      </w:pPr>
      <w:r w:rsidRPr="00E078A4">
        <w:rPr>
          <w:sz w:val="28"/>
          <w:szCs w:val="28"/>
          <w:lang w:val="ru-RU"/>
        </w:rPr>
        <w:t>4.6. Документы, поступившие после окончания установленного срока, возвращаются без рассмотрения с письменным указанием даты и времени их поступления. Указанное обстоятельство оформляется актом секретаря конкурсной комиссии.</w:t>
      </w:r>
    </w:p>
    <w:p w:rsidR="00774219" w:rsidRPr="00E078A4" w:rsidRDefault="00950188">
      <w:pPr>
        <w:ind w:firstLine="709"/>
        <w:jc w:val="both"/>
        <w:rPr>
          <w:sz w:val="28"/>
          <w:szCs w:val="28"/>
          <w:lang w:val="ru-RU"/>
        </w:rPr>
      </w:pPr>
      <w:r w:rsidRPr="00E078A4">
        <w:rPr>
          <w:sz w:val="28"/>
          <w:szCs w:val="28"/>
          <w:lang w:val="ru-RU"/>
        </w:rPr>
        <w:t xml:space="preserve">4.7. В течение семи календарных дней со дня окончания приема документов </w:t>
      </w:r>
      <w:r w:rsidR="00C40488">
        <w:rPr>
          <w:sz w:val="28"/>
          <w:szCs w:val="28"/>
          <w:lang w:val="ru-RU"/>
        </w:rPr>
        <w:t xml:space="preserve">конкурсная </w:t>
      </w:r>
      <w:r w:rsidRPr="00E078A4">
        <w:rPr>
          <w:sz w:val="28"/>
          <w:szCs w:val="28"/>
          <w:lang w:val="ru-RU"/>
        </w:rPr>
        <w:t>комиссия проверяет обязательные документы и соответствие кандидатов пункту 3.1 настоящего Положения и принимает по каждому лицу решение:</w:t>
      </w:r>
    </w:p>
    <w:p w:rsidR="00774219" w:rsidRPr="00E078A4" w:rsidRDefault="00950188">
      <w:pPr>
        <w:ind w:firstLine="709"/>
        <w:jc w:val="both"/>
        <w:rPr>
          <w:sz w:val="28"/>
          <w:szCs w:val="28"/>
          <w:lang w:val="ru-RU"/>
        </w:rPr>
      </w:pPr>
      <w:r w:rsidRPr="00E078A4">
        <w:rPr>
          <w:sz w:val="28"/>
          <w:szCs w:val="28"/>
          <w:lang w:val="ru-RU"/>
        </w:rPr>
        <w:t>1) о регистрации кандидата и допуске к участию в конкурсе;</w:t>
      </w:r>
    </w:p>
    <w:p w:rsidR="00774219" w:rsidRPr="00E078A4" w:rsidRDefault="00950188">
      <w:pPr>
        <w:ind w:firstLine="709"/>
        <w:jc w:val="both"/>
        <w:rPr>
          <w:sz w:val="28"/>
          <w:szCs w:val="28"/>
          <w:lang w:val="ru-RU"/>
        </w:rPr>
      </w:pPr>
      <w:r w:rsidRPr="00E078A4">
        <w:rPr>
          <w:sz w:val="28"/>
          <w:szCs w:val="28"/>
          <w:lang w:val="ru-RU"/>
        </w:rPr>
        <w:t>2) об отказе в регистрации и допуске к участию в конкурсе.</w:t>
      </w:r>
    </w:p>
    <w:p w:rsidR="00774219" w:rsidRPr="00E078A4" w:rsidRDefault="00950188">
      <w:pPr>
        <w:ind w:firstLine="709"/>
        <w:jc w:val="both"/>
        <w:rPr>
          <w:sz w:val="28"/>
          <w:szCs w:val="28"/>
          <w:lang w:val="ru-RU"/>
        </w:rPr>
      </w:pPr>
      <w:r w:rsidRPr="00E078A4">
        <w:rPr>
          <w:sz w:val="28"/>
          <w:szCs w:val="28"/>
          <w:lang w:val="ru-RU"/>
        </w:rPr>
        <w:t>4.8. Основаниями отказа в регистрации и допуске являются:</w:t>
      </w:r>
    </w:p>
    <w:p w:rsidR="00774219" w:rsidRPr="00E078A4" w:rsidRDefault="00950188">
      <w:pPr>
        <w:ind w:firstLine="709"/>
        <w:jc w:val="both"/>
        <w:rPr>
          <w:sz w:val="28"/>
          <w:szCs w:val="28"/>
          <w:lang w:val="ru-RU"/>
        </w:rPr>
      </w:pPr>
      <w:r w:rsidRPr="00E078A4">
        <w:rPr>
          <w:sz w:val="28"/>
          <w:szCs w:val="28"/>
          <w:lang w:val="ru-RU"/>
        </w:rPr>
        <w:t>1) непредставление в установленный срок одного или нескольких обязательных документов, предусмотренных пунктом 4.1 настоящего Положения;</w:t>
      </w:r>
    </w:p>
    <w:p w:rsidR="00774219" w:rsidRPr="00E078A4" w:rsidRDefault="00950188">
      <w:pPr>
        <w:ind w:firstLine="709"/>
        <w:jc w:val="both"/>
        <w:rPr>
          <w:sz w:val="28"/>
          <w:szCs w:val="28"/>
          <w:lang w:val="ru-RU"/>
        </w:rPr>
      </w:pPr>
      <w:r w:rsidRPr="00E078A4">
        <w:rPr>
          <w:sz w:val="28"/>
          <w:szCs w:val="28"/>
          <w:lang w:val="ru-RU"/>
        </w:rPr>
        <w:t>2) установление недостоверности сведений, имеющих значение для проверки наличия ограничений пассивного избирательного права;</w:t>
      </w:r>
    </w:p>
    <w:p w:rsidR="00774219" w:rsidRPr="00E078A4" w:rsidRDefault="00950188">
      <w:pPr>
        <w:ind w:firstLine="709"/>
        <w:jc w:val="both"/>
        <w:rPr>
          <w:sz w:val="28"/>
          <w:szCs w:val="28"/>
          <w:lang w:val="ru-RU"/>
        </w:rPr>
      </w:pPr>
      <w:r w:rsidRPr="00E078A4">
        <w:rPr>
          <w:sz w:val="28"/>
          <w:szCs w:val="28"/>
          <w:lang w:val="ru-RU"/>
        </w:rPr>
        <w:t>3) наличие установленного законом ограничения пассивного избирательного права;</w:t>
      </w:r>
    </w:p>
    <w:p w:rsidR="00774219" w:rsidRPr="00E078A4" w:rsidRDefault="00950188">
      <w:pPr>
        <w:ind w:firstLine="709"/>
        <w:jc w:val="both"/>
        <w:rPr>
          <w:sz w:val="28"/>
          <w:szCs w:val="28"/>
          <w:lang w:val="ru-RU"/>
        </w:rPr>
      </w:pPr>
      <w:r w:rsidRPr="00E078A4">
        <w:rPr>
          <w:sz w:val="28"/>
          <w:szCs w:val="28"/>
          <w:lang w:val="ru-RU"/>
        </w:rPr>
        <w:t>4) подача кандидатом письменного заявления об отказе от участия в конкурсе.</w:t>
      </w:r>
    </w:p>
    <w:p w:rsidR="00774219" w:rsidRPr="00E078A4" w:rsidRDefault="00950188">
      <w:pPr>
        <w:ind w:firstLine="709"/>
        <w:jc w:val="both"/>
        <w:rPr>
          <w:sz w:val="28"/>
          <w:szCs w:val="28"/>
          <w:lang w:val="ru-RU"/>
        </w:rPr>
      </w:pPr>
      <w:r w:rsidRPr="00E078A4">
        <w:rPr>
          <w:sz w:val="28"/>
          <w:szCs w:val="28"/>
          <w:lang w:val="ru-RU"/>
        </w:rPr>
        <w:t>Отказ по мотивам нецелесообразности, отсутствия предпочтительных образования или опыта, а также по основаниям, не предусмотренным настоящим пунктом, не допускается.</w:t>
      </w:r>
    </w:p>
    <w:p w:rsidR="00774219" w:rsidRPr="00E078A4" w:rsidRDefault="00950188">
      <w:pPr>
        <w:ind w:firstLine="709"/>
        <w:jc w:val="both"/>
        <w:rPr>
          <w:sz w:val="28"/>
          <w:szCs w:val="28"/>
          <w:lang w:val="ru-RU"/>
        </w:rPr>
      </w:pPr>
      <w:r w:rsidRPr="00E078A4">
        <w:rPr>
          <w:sz w:val="28"/>
          <w:szCs w:val="28"/>
          <w:lang w:val="ru-RU"/>
        </w:rPr>
        <w:t xml:space="preserve">4.9. Решение об отказе должно содержать конкретное фактическое и правовое основание. Копия решения вручается или направляется кандидату </w:t>
      </w:r>
      <w:r w:rsidR="00464407">
        <w:rPr>
          <w:sz w:val="28"/>
          <w:szCs w:val="28"/>
          <w:lang w:val="ru-RU"/>
        </w:rPr>
        <w:t xml:space="preserve">в </w:t>
      </w:r>
      <w:r w:rsidR="000A6295">
        <w:rPr>
          <w:sz w:val="28"/>
          <w:szCs w:val="28"/>
          <w:lang w:val="ru-RU"/>
        </w:rPr>
        <w:t>письменном</w:t>
      </w:r>
      <w:r w:rsidR="00464407">
        <w:rPr>
          <w:sz w:val="28"/>
          <w:szCs w:val="28"/>
          <w:lang w:val="ru-RU"/>
        </w:rPr>
        <w:t xml:space="preserve"> виде </w:t>
      </w:r>
      <w:r w:rsidRPr="00E078A4">
        <w:rPr>
          <w:sz w:val="28"/>
          <w:szCs w:val="28"/>
          <w:lang w:val="ru-RU"/>
        </w:rPr>
        <w:t>не позднее рабочего дня, следующего за днем его принятия.</w:t>
      </w:r>
    </w:p>
    <w:p w:rsidR="00774219" w:rsidRPr="00E078A4" w:rsidRDefault="00950188">
      <w:pPr>
        <w:ind w:firstLine="709"/>
        <w:jc w:val="both"/>
        <w:rPr>
          <w:sz w:val="28"/>
          <w:szCs w:val="28"/>
          <w:lang w:val="ru-RU"/>
        </w:rPr>
      </w:pPr>
      <w:r w:rsidRPr="00E078A4">
        <w:rPr>
          <w:sz w:val="28"/>
          <w:szCs w:val="28"/>
          <w:lang w:val="ru-RU"/>
        </w:rPr>
        <w:t>4.10. Кандидат вправе отказаться от участия в конкурсе в любое время до начала голосования конкурсной комиссии, подав письменное заявление. Такое заявление не может быть отозвано.</w:t>
      </w:r>
    </w:p>
    <w:p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5. Проведение конкурса</w:t>
      </w:r>
    </w:p>
    <w:p w:rsidR="00774219" w:rsidRPr="00E078A4" w:rsidRDefault="00950188">
      <w:pPr>
        <w:ind w:firstLine="709"/>
        <w:jc w:val="both"/>
        <w:rPr>
          <w:sz w:val="28"/>
          <w:szCs w:val="28"/>
          <w:lang w:val="ru-RU"/>
        </w:rPr>
      </w:pPr>
      <w:r w:rsidRPr="00E078A4">
        <w:rPr>
          <w:sz w:val="28"/>
          <w:szCs w:val="28"/>
          <w:lang w:val="ru-RU"/>
        </w:rPr>
        <w:t>5.1. Конкурс проводится при наличии не менее двух зарегистрированных кандидатов.</w:t>
      </w:r>
    </w:p>
    <w:p w:rsidR="00774219" w:rsidRPr="00E078A4" w:rsidRDefault="00950188">
      <w:pPr>
        <w:ind w:firstLine="709"/>
        <w:jc w:val="both"/>
        <w:rPr>
          <w:sz w:val="28"/>
          <w:szCs w:val="28"/>
          <w:lang w:val="ru-RU"/>
        </w:rPr>
      </w:pPr>
      <w:r w:rsidRPr="00E078A4">
        <w:rPr>
          <w:sz w:val="28"/>
          <w:szCs w:val="28"/>
          <w:lang w:val="ru-RU"/>
        </w:rPr>
        <w:t>5.2. Зарегистрированные кандидаты уведомляются о дате, времени и месте конкурса не позднее чем за пять календарных дней до дня его проведения способом, указанным в заявлении.</w:t>
      </w:r>
    </w:p>
    <w:p w:rsidR="00774219" w:rsidRPr="00E078A4" w:rsidRDefault="00950188">
      <w:pPr>
        <w:ind w:firstLine="709"/>
        <w:jc w:val="both"/>
        <w:rPr>
          <w:sz w:val="28"/>
          <w:szCs w:val="28"/>
          <w:lang w:val="ru-RU"/>
        </w:rPr>
      </w:pPr>
      <w:r w:rsidRPr="00E078A4">
        <w:rPr>
          <w:sz w:val="28"/>
          <w:szCs w:val="28"/>
          <w:lang w:val="ru-RU"/>
        </w:rPr>
        <w:t>5.3. Конкурс проводится в форме индивидуального собеседования. Комиссия оценивает знание кандидатом правовых основ местного самоуправления, понимание полномочий главы муниципального образования, профессиональный и управленческий опыт, предложенные направления развития городского поселения, способность организовать взаимодействие органов публичной власти и соблюдать установленные законом ограничения и запреты.</w:t>
      </w:r>
    </w:p>
    <w:p w:rsidR="00774219" w:rsidRPr="00E078A4" w:rsidRDefault="00950188">
      <w:pPr>
        <w:ind w:firstLine="709"/>
        <w:jc w:val="both"/>
        <w:rPr>
          <w:sz w:val="28"/>
          <w:szCs w:val="28"/>
          <w:lang w:val="ru-RU"/>
        </w:rPr>
      </w:pPr>
      <w:r w:rsidRPr="00E078A4">
        <w:rPr>
          <w:sz w:val="28"/>
          <w:szCs w:val="28"/>
          <w:lang w:val="ru-RU"/>
        </w:rPr>
        <w:t>5.4. Для всех кандидатов обеспечиваются равные условия: единая продолжительность основной части собеседования, сопоставимый круг вопросов и возможность изложить свою позицию. Не допускаются вопросы, направленные на получение сведений о частной жизни, политических, религиозных и иных убеждениях, если они непосредственно не связаны с установленными законом требованиями к должности.</w:t>
      </w:r>
    </w:p>
    <w:p w:rsidR="00774219" w:rsidRPr="00E078A4" w:rsidRDefault="00950188">
      <w:pPr>
        <w:ind w:firstLine="709"/>
        <w:jc w:val="both"/>
        <w:rPr>
          <w:sz w:val="28"/>
          <w:szCs w:val="28"/>
          <w:lang w:val="ru-RU"/>
        </w:rPr>
      </w:pPr>
      <w:r w:rsidRPr="00E078A4">
        <w:rPr>
          <w:sz w:val="28"/>
          <w:szCs w:val="28"/>
          <w:lang w:val="ru-RU"/>
        </w:rPr>
        <w:t>5.5. Неявка кандидата не препятствует рассмотрению его кандидатуры, если до начала заседания он письменно просил рассмотреть ее в отсутствие. При отсутствии такого заявления комиссия вправе признать кандидата не участвовавшим в конкурсном испытании.</w:t>
      </w:r>
    </w:p>
    <w:p w:rsidR="00774219" w:rsidRPr="00E078A4" w:rsidRDefault="00950188">
      <w:pPr>
        <w:ind w:firstLine="709"/>
        <w:jc w:val="both"/>
        <w:rPr>
          <w:sz w:val="28"/>
          <w:szCs w:val="28"/>
          <w:lang w:val="ru-RU"/>
        </w:rPr>
      </w:pPr>
      <w:r w:rsidRPr="00E078A4">
        <w:rPr>
          <w:sz w:val="28"/>
          <w:szCs w:val="28"/>
          <w:lang w:val="ru-RU"/>
        </w:rPr>
        <w:t xml:space="preserve">5.6. После завершения собеседований комиссия обсуждает кандидатуры в отсутствие кандидатов и проводит </w:t>
      </w:r>
      <w:r w:rsidR="007E14AC">
        <w:rPr>
          <w:sz w:val="28"/>
          <w:szCs w:val="28"/>
          <w:lang w:val="ru-RU"/>
        </w:rPr>
        <w:t xml:space="preserve">открытое поименное </w:t>
      </w:r>
      <w:r w:rsidRPr="00E078A4">
        <w:rPr>
          <w:sz w:val="28"/>
          <w:szCs w:val="28"/>
          <w:lang w:val="ru-RU"/>
        </w:rPr>
        <w:t>голосование отдельно по каждому кандидату. По каждой кандидатуре член комиссии голосует «за» или «против»; он вправе голосовать «за» нескольких кандидатов.</w:t>
      </w:r>
    </w:p>
    <w:p w:rsidR="00774219" w:rsidRPr="00E078A4" w:rsidRDefault="00950188">
      <w:pPr>
        <w:ind w:firstLine="709"/>
        <w:jc w:val="both"/>
        <w:rPr>
          <w:sz w:val="28"/>
          <w:szCs w:val="28"/>
          <w:lang w:val="ru-RU"/>
        </w:rPr>
      </w:pPr>
      <w:r w:rsidRPr="00E078A4">
        <w:rPr>
          <w:sz w:val="28"/>
          <w:szCs w:val="28"/>
          <w:lang w:val="ru-RU"/>
        </w:rPr>
        <w:t xml:space="preserve">5.7. Кандидат считается отобранным для представления Совету, если за него проголосовало более половины </w:t>
      </w:r>
      <w:r w:rsidR="00564388">
        <w:rPr>
          <w:sz w:val="28"/>
          <w:szCs w:val="28"/>
          <w:lang w:val="ru-RU"/>
        </w:rPr>
        <w:t xml:space="preserve">от установленного числа членов конкурсной комиссии. </w:t>
      </w:r>
      <w:r w:rsidRPr="00E078A4">
        <w:rPr>
          <w:sz w:val="28"/>
          <w:szCs w:val="28"/>
          <w:lang w:val="ru-RU"/>
        </w:rPr>
        <w:t>Совету представляются все кандидаты, получившие необходимое число голосов, но не менее двух кандидатов.</w:t>
      </w:r>
    </w:p>
    <w:p w:rsidR="00774219" w:rsidRPr="00E078A4" w:rsidRDefault="00950188">
      <w:pPr>
        <w:ind w:firstLine="709"/>
        <w:jc w:val="both"/>
        <w:rPr>
          <w:sz w:val="28"/>
          <w:szCs w:val="28"/>
          <w:lang w:val="ru-RU"/>
        </w:rPr>
      </w:pPr>
      <w:r w:rsidRPr="00E078A4">
        <w:rPr>
          <w:sz w:val="28"/>
          <w:szCs w:val="28"/>
          <w:lang w:val="ru-RU"/>
        </w:rPr>
        <w:t>5.8. Решение о представлении кандидатов оформляется в день конкурса и направляется в Совет не позднее следующего рабочего дня. К решению прилагаются выписка из протокола и документы, необходимые Совету для рассмотрения кандидатур, с соблюдением законодательства о персональных данных.</w:t>
      </w:r>
    </w:p>
    <w:p w:rsidR="00774219" w:rsidRPr="00E078A4" w:rsidRDefault="00950188">
      <w:pPr>
        <w:ind w:firstLine="709"/>
        <w:jc w:val="both"/>
        <w:rPr>
          <w:sz w:val="28"/>
          <w:szCs w:val="28"/>
          <w:lang w:val="ru-RU"/>
        </w:rPr>
      </w:pPr>
      <w:r w:rsidRPr="00E078A4">
        <w:rPr>
          <w:sz w:val="28"/>
          <w:szCs w:val="28"/>
          <w:lang w:val="ru-RU"/>
        </w:rPr>
        <w:t>5.9. Итоги конкурса доводятся до сведения всех участвовавших кандидатов не позднее следующего рабочего дня. По письменному обращению кандидату выдается заверенная выписка из протокола в течение пяти календарных дней.</w:t>
      </w:r>
    </w:p>
    <w:p w:rsidR="00774219" w:rsidRPr="008D2CE3" w:rsidRDefault="00950188">
      <w:pPr>
        <w:pStyle w:val="1"/>
        <w:spacing w:before="200" w:after="100"/>
        <w:jc w:val="center"/>
        <w:rPr>
          <w:sz w:val="28"/>
          <w:lang w:val="ru-RU"/>
        </w:rPr>
      </w:pPr>
      <w:r w:rsidRPr="008D2CE3">
        <w:rPr>
          <w:rFonts w:ascii="Times New Roman" w:eastAsia="Times New Roman" w:hAnsi="Times New Roman"/>
          <w:sz w:val="28"/>
          <w:lang w:val="ru-RU"/>
        </w:rPr>
        <w:t>6. Перенос и повторное проведение конкурса</w:t>
      </w:r>
    </w:p>
    <w:p w:rsidR="00774219" w:rsidRPr="00E078A4" w:rsidRDefault="00950188">
      <w:pPr>
        <w:ind w:firstLine="709"/>
        <w:jc w:val="both"/>
        <w:rPr>
          <w:sz w:val="28"/>
          <w:szCs w:val="28"/>
          <w:lang w:val="ru-RU"/>
        </w:rPr>
      </w:pPr>
      <w:r w:rsidRPr="00E078A4">
        <w:rPr>
          <w:sz w:val="28"/>
          <w:szCs w:val="28"/>
          <w:lang w:val="ru-RU"/>
        </w:rPr>
        <w:t>6.1. Если документы представлены менее чем двумя лицами либо зарегистрировано менее двух кандидатов, комиссия не позднее следующего рабочего дня обращается в Совет с ходатайством о переносе даты конкурса и продлении приема документов.</w:t>
      </w:r>
    </w:p>
    <w:p w:rsidR="00774219" w:rsidRPr="00E078A4" w:rsidRDefault="00950188">
      <w:pPr>
        <w:ind w:firstLine="709"/>
        <w:jc w:val="both"/>
        <w:rPr>
          <w:sz w:val="28"/>
          <w:szCs w:val="28"/>
          <w:lang w:val="ru-RU"/>
        </w:rPr>
      </w:pPr>
      <w:r w:rsidRPr="00E078A4">
        <w:rPr>
          <w:sz w:val="28"/>
          <w:szCs w:val="28"/>
          <w:lang w:val="ru-RU"/>
        </w:rPr>
        <w:t xml:space="preserve">6.2. Совет рассматривает ходатайство в течение семи рабочих дней. Решение о переносе даты конкурса и новом сроке приема документов публикуется и размещается в порядке, предусмотренном пунктом 1.4 настоящего Положения, и направляется главе </w:t>
      </w:r>
      <w:r w:rsidR="00B55E16">
        <w:rPr>
          <w:sz w:val="28"/>
          <w:szCs w:val="28"/>
          <w:lang w:val="ru-RU"/>
        </w:rPr>
        <w:t>Урванского</w:t>
      </w:r>
      <w:r w:rsidRPr="00E078A4">
        <w:rPr>
          <w:sz w:val="28"/>
          <w:szCs w:val="28"/>
          <w:lang w:val="ru-RU"/>
        </w:rPr>
        <w:t xml:space="preserve"> муниципального района не позднее следующего дня.</w:t>
      </w:r>
    </w:p>
    <w:p w:rsidR="00774219" w:rsidRPr="00E078A4" w:rsidRDefault="00950188">
      <w:pPr>
        <w:ind w:firstLine="709"/>
        <w:jc w:val="both"/>
        <w:rPr>
          <w:sz w:val="28"/>
          <w:szCs w:val="28"/>
          <w:lang w:val="ru-RU"/>
        </w:rPr>
      </w:pPr>
      <w:r w:rsidRPr="00E078A4">
        <w:rPr>
          <w:sz w:val="28"/>
          <w:szCs w:val="28"/>
          <w:lang w:val="ru-RU"/>
        </w:rPr>
        <w:t>6.3. Ранее представленные документы сохраняются. Лица, уже зарегистрированные кандидатами, сохраняют этот статус, если к новой дате представления кандидатур Совету они соответствуют требованиям пункта 3.1 настоящего Положения.</w:t>
      </w:r>
    </w:p>
    <w:p w:rsidR="00774219" w:rsidRPr="00E078A4" w:rsidRDefault="00950188">
      <w:pPr>
        <w:ind w:firstLine="709"/>
        <w:jc w:val="both"/>
        <w:rPr>
          <w:sz w:val="28"/>
          <w:szCs w:val="28"/>
          <w:lang w:val="ru-RU"/>
        </w:rPr>
      </w:pPr>
      <w:r w:rsidRPr="00E078A4">
        <w:rPr>
          <w:sz w:val="28"/>
          <w:szCs w:val="28"/>
          <w:lang w:val="ru-RU"/>
        </w:rPr>
        <w:t>6.4. Если по итогам голосования комиссии необходимое число голосов получили менее двух кандидатов, комиссия в тот же день ходатайствует перед Советом об объявлении повторного конкурса. Единственный отобранный кандидат сохраняет статус и рассматривается вместе с кандидатами, зарегистрированными при повторном конкурсе.</w:t>
      </w:r>
    </w:p>
    <w:p w:rsidR="00774219" w:rsidRPr="00E078A4" w:rsidRDefault="00950188">
      <w:pPr>
        <w:ind w:firstLine="709"/>
        <w:jc w:val="both"/>
        <w:rPr>
          <w:sz w:val="28"/>
          <w:szCs w:val="28"/>
          <w:lang w:val="ru-RU"/>
        </w:rPr>
      </w:pPr>
      <w:r w:rsidRPr="00E078A4">
        <w:rPr>
          <w:sz w:val="28"/>
          <w:szCs w:val="28"/>
          <w:lang w:val="ru-RU"/>
        </w:rPr>
        <w:t>6.5. При повторном конкурсе прием документов продолжается не менее 20 календарных дней со дня, следующего за днем опубликования решения. Дата повторного конкурса назначается с учетом сроков проверки документов и уведомления кандидатов, установленных настоящим Положением.</w:t>
      </w:r>
    </w:p>
    <w:p w:rsidR="00774219" w:rsidRPr="008D2CE3" w:rsidRDefault="00950188">
      <w:pPr>
        <w:pStyle w:val="1"/>
        <w:spacing w:before="200" w:after="100"/>
        <w:jc w:val="center"/>
        <w:rPr>
          <w:sz w:val="28"/>
          <w:lang w:val="ru-RU"/>
        </w:rPr>
      </w:pPr>
      <w:r w:rsidRPr="008D2CE3">
        <w:rPr>
          <w:rFonts w:ascii="Times New Roman" w:eastAsia="Times New Roman" w:hAnsi="Times New Roman"/>
          <w:sz w:val="28"/>
          <w:lang w:val="ru-RU"/>
        </w:rPr>
        <w:t xml:space="preserve">7. Избрание главы </w:t>
      </w:r>
      <w:r w:rsidR="005E3646">
        <w:rPr>
          <w:rFonts w:ascii="Times New Roman" w:eastAsia="Times New Roman" w:hAnsi="Times New Roman"/>
          <w:sz w:val="28"/>
          <w:lang w:val="ru-RU"/>
        </w:rPr>
        <w:t xml:space="preserve">городского поселения Нарткала </w:t>
      </w:r>
    </w:p>
    <w:p w:rsidR="00774219" w:rsidRDefault="00950188">
      <w:pPr>
        <w:ind w:firstLine="709"/>
        <w:jc w:val="both"/>
        <w:rPr>
          <w:sz w:val="28"/>
          <w:szCs w:val="28"/>
          <w:lang w:val="ru-RU"/>
        </w:rPr>
      </w:pPr>
      <w:r w:rsidRPr="00E078A4">
        <w:rPr>
          <w:sz w:val="28"/>
          <w:szCs w:val="28"/>
          <w:lang w:val="ru-RU"/>
        </w:rPr>
        <w:t xml:space="preserve">7.1. Совет рассматривает вопрос об избрании главы </w:t>
      </w:r>
      <w:r w:rsidR="005E3646">
        <w:rPr>
          <w:sz w:val="28"/>
          <w:szCs w:val="28"/>
          <w:lang w:val="ru-RU"/>
        </w:rPr>
        <w:t xml:space="preserve">городского поселения Нарткала </w:t>
      </w:r>
      <w:r w:rsidRPr="00E078A4">
        <w:rPr>
          <w:sz w:val="28"/>
          <w:szCs w:val="28"/>
          <w:lang w:val="ru-RU"/>
        </w:rPr>
        <w:t>в течение пяти рабочих дней со дня поступления решения конкурсной комиссии.</w:t>
      </w:r>
    </w:p>
    <w:p w:rsidR="00774219" w:rsidRPr="00E078A4" w:rsidRDefault="00950188">
      <w:pPr>
        <w:ind w:firstLine="709"/>
        <w:jc w:val="both"/>
        <w:rPr>
          <w:sz w:val="28"/>
          <w:szCs w:val="28"/>
          <w:lang w:val="ru-RU"/>
        </w:rPr>
      </w:pPr>
      <w:r w:rsidRPr="00E078A4">
        <w:rPr>
          <w:sz w:val="28"/>
          <w:szCs w:val="28"/>
          <w:lang w:val="ru-RU"/>
        </w:rPr>
        <w:t>7.</w:t>
      </w:r>
      <w:r w:rsidR="000A6295">
        <w:rPr>
          <w:sz w:val="28"/>
          <w:szCs w:val="28"/>
          <w:lang w:val="ru-RU"/>
        </w:rPr>
        <w:t>2</w:t>
      </w:r>
      <w:r w:rsidRPr="00E078A4">
        <w:rPr>
          <w:sz w:val="28"/>
          <w:szCs w:val="28"/>
          <w:lang w:val="ru-RU"/>
        </w:rPr>
        <w:t xml:space="preserve">. Если по итогам повторного голосования глава </w:t>
      </w:r>
      <w:r w:rsidR="005E3646">
        <w:rPr>
          <w:sz w:val="28"/>
          <w:szCs w:val="28"/>
          <w:lang w:val="ru-RU"/>
        </w:rPr>
        <w:t xml:space="preserve">городского поселения Нарткала </w:t>
      </w:r>
      <w:r w:rsidRPr="00E078A4">
        <w:rPr>
          <w:sz w:val="28"/>
          <w:szCs w:val="28"/>
          <w:lang w:val="ru-RU"/>
        </w:rPr>
        <w:t xml:space="preserve">не избран, Совет на том же заседании принимает решение об объявлении повторного конкурса. Решение направляется главе </w:t>
      </w:r>
      <w:r w:rsidR="00B55E16">
        <w:rPr>
          <w:sz w:val="28"/>
          <w:szCs w:val="28"/>
          <w:lang w:val="ru-RU"/>
        </w:rPr>
        <w:t>Урванского</w:t>
      </w:r>
      <w:r w:rsidRPr="00E078A4">
        <w:rPr>
          <w:sz w:val="28"/>
          <w:szCs w:val="28"/>
          <w:lang w:val="ru-RU"/>
        </w:rPr>
        <w:t xml:space="preserve"> муниципального района не позднее следующего дня и публикуется в порядке, установленном пунктом 1.4 настоящего Положения.</w:t>
      </w:r>
    </w:p>
    <w:p w:rsidR="00774219" w:rsidRPr="008D2CE3" w:rsidRDefault="00950188">
      <w:pPr>
        <w:pStyle w:val="1"/>
        <w:spacing w:before="200" w:after="100"/>
        <w:jc w:val="center"/>
        <w:rPr>
          <w:sz w:val="28"/>
          <w:lang w:val="ru-RU"/>
        </w:rPr>
      </w:pPr>
      <w:r w:rsidRPr="008D2CE3">
        <w:rPr>
          <w:rFonts w:ascii="Times New Roman" w:eastAsia="Times New Roman" w:hAnsi="Times New Roman"/>
          <w:sz w:val="28"/>
          <w:lang w:val="ru-RU"/>
        </w:rPr>
        <w:t>8. Заключительные положения</w:t>
      </w:r>
    </w:p>
    <w:p w:rsidR="00774219" w:rsidRDefault="00950188">
      <w:pPr>
        <w:ind w:firstLine="709"/>
        <w:jc w:val="both"/>
        <w:rPr>
          <w:sz w:val="28"/>
          <w:szCs w:val="28"/>
          <w:lang w:val="ru-RU"/>
        </w:rPr>
      </w:pPr>
      <w:r w:rsidRPr="00E078A4">
        <w:rPr>
          <w:sz w:val="28"/>
          <w:szCs w:val="28"/>
          <w:lang w:val="ru-RU"/>
        </w:rPr>
        <w:t>8.1. Документы конкурса после прекращения полномочий конкурсной комиссии передаются в Совет в течение трех рабочих дней и хранятся в сроки, установленные законодательством об архивном деле и перечнями типовых архивных документов.</w:t>
      </w:r>
    </w:p>
    <w:p w:rsidR="00774219" w:rsidRPr="00E078A4" w:rsidRDefault="00950188">
      <w:pPr>
        <w:ind w:firstLine="709"/>
        <w:jc w:val="both"/>
        <w:rPr>
          <w:sz w:val="28"/>
          <w:szCs w:val="28"/>
          <w:lang w:val="ru-RU"/>
        </w:rPr>
      </w:pPr>
      <w:r w:rsidRPr="00E078A4">
        <w:rPr>
          <w:sz w:val="28"/>
          <w:szCs w:val="28"/>
          <w:lang w:val="ru-RU"/>
        </w:rPr>
        <w:t>8.2. Персональные данные обрабатываются только в объеме, необходимом для организации конкурса, проверки установленных законом требований, рассмотрения кандидатур Советом, опубликования обязательных сведений</w:t>
      </w:r>
      <w:r w:rsidR="00C4209C">
        <w:rPr>
          <w:sz w:val="28"/>
          <w:szCs w:val="28"/>
          <w:lang w:val="ru-RU"/>
        </w:rPr>
        <w:t xml:space="preserve"> </w:t>
      </w:r>
      <w:r w:rsidRPr="00E078A4">
        <w:rPr>
          <w:sz w:val="28"/>
          <w:szCs w:val="28"/>
          <w:lang w:val="ru-RU"/>
        </w:rPr>
        <w:t>и архивного хранения. Доступ к документам предоставляется только лицам, которым он необходим для исполнения полномочий.</w:t>
      </w: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C267CC" w:rsidRDefault="00C267CC" w:rsidP="00C267CC">
      <w:pPr>
        <w:spacing w:after="0" w:line="216" w:lineRule="auto"/>
        <w:ind w:left="5398"/>
        <w:rPr>
          <w:sz w:val="28"/>
          <w:szCs w:val="28"/>
          <w:lang w:val="ru-RU"/>
        </w:rPr>
      </w:pPr>
    </w:p>
    <w:p w:rsidR="00D21825" w:rsidRDefault="00D21825" w:rsidP="00D21825">
      <w:pPr>
        <w:keepNext/>
        <w:spacing w:after="0" w:line="216" w:lineRule="auto"/>
        <w:ind w:left="5400"/>
        <w:jc w:val="right"/>
        <w:rPr>
          <w:szCs w:val="24"/>
          <w:lang w:val="ru-RU"/>
        </w:rPr>
      </w:pPr>
    </w:p>
    <w:p w:rsidR="00774219" w:rsidRPr="00D21825" w:rsidRDefault="00950188" w:rsidP="00D21825">
      <w:pPr>
        <w:keepNext/>
        <w:spacing w:after="0" w:line="216" w:lineRule="auto"/>
        <w:ind w:left="5400"/>
        <w:jc w:val="right"/>
        <w:rPr>
          <w:szCs w:val="24"/>
          <w:lang w:val="ru-RU"/>
        </w:rPr>
      </w:pPr>
      <w:r w:rsidRPr="00D21825">
        <w:rPr>
          <w:szCs w:val="24"/>
          <w:lang w:val="ru-RU"/>
        </w:rPr>
        <w:t>Приложение № 1</w:t>
      </w:r>
    </w:p>
    <w:p w:rsidR="00774219" w:rsidRPr="00D21825" w:rsidRDefault="00950188" w:rsidP="00D21825">
      <w:pPr>
        <w:keepNext/>
        <w:spacing w:after="0" w:line="216" w:lineRule="auto"/>
        <w:ind w:left="5400"/>
        <w:jc w:val="right"/>
        <w:rPr>
          <w:szCs w:val="24"/>
          <w:lang w:val="ru-RU"/>
        </w:rPr>
      </w:pPr>
      <w:r w:rsidRPr="00D21825">
        <w:rPr>
          <w:szCs w:val="24"/>
          <w:lang w:val="ru-RU"/>
        </w:rPr>
        <w:t>к Положению о порядке проведения</w:t>
      </w:r>
    </w:p>
    <w:p w:rsidR="00774219" w:rsidRPr="00D21825" w:rsidRDefault="00950188" w:rsidP="00D21825">
      <w:pPr>
        <w:keepNext/>
        <w:spacing w:after="0" w:line="216" w:lineRule="auto"/>
        <w:ind w:left="5400"/>
        <w:jc w:val="right"/>
        <w:rPr>
          <w:szCs w:val="24"/>
          <w:lang w:val="ru-RU"/>
        </w:rPr>
      </w:pPr>
      <w:r w:rsidRPr="00D21825">
        <w:rPr>
          <w:szCs w:val="24"/>
          <w:lang w:val="ru-RU"/>
        </w:rPr>
        <w:t>конкурса по отбору кандидатур</w:t>
      </w:r>
    </w:p>
    <w:p w:rsidR="00774219" w:rsidRPr="00D21825" w:rsidRDefault="00950188" w:rsidP="00D21825">
      <w:pPr>
        <w:keepNext/>
        <w:spacing w:after="0" w:line="216" w:lineRule="auto"/>
        <w:ind w:left="5400"/>
        <w:jc w:val="right"/>
        <w:rPr>
          <w:szCs w:val="24"/>
          <w:lang w:val="ru-RU"/>
        </w:rPr>
      </w:pPr>
      <w:r w:rsidRPr="00D21825">
        <w:rPr>
          <w:szCs w:val="24"/>
          <w:lang w:val="ru-RU"/>
        </w:rPr>
        <w:t>на должность главы городского</w:t>
      </w:r>
    </w:p>
    <w:p w:rsidR="00774219" w:rsidRPr="00E078A4" w:rsidRDefault="00950188" w:rsidP="00D21825">
      <w:pPr>
        <w:spacing w:after="0" w:line="216" w:lineRule="auto"/>
        <w:ind w:left="5398"/>
        <w:jc w:val="right"/>
        <w:rPr>
          <w:sz w:val="28"/>
          <w:szCs w:val="28"/>
          <w:lang w:val="ru-RU"/>
        </w:rPr>
      </w:pPr>
      <w:r w:rsidRPr="00D21825">
        <w:rPr>
          <w:szCs w:val="24"/>
          <w:lang w:val="ru-RU"/>
        </w:rPr>
        <w:t xml:space="preserve">поселения </w:t>
      </w:r>
      <w:r w:rsidR="00B55E16" w:rsidRPr="00D21825">
        <w:rPr>
          <w:szCs w:val="24"/>
          <w:lang w:val="ru-RU"/>
        </w:rPr>
        <w:t>Нарткала</w:t>
      </w:r>
    </w:p>
    <w:p w:rsidR="00774219" w:rsidRDefault="00774219" w:rsidP="00E078A4">
      <w:pPr>
        <w:spacing w:after="0" w:line="216" w:lineRule="auto"/>
        <w:rPr>
          <w:sz w:val="28"/>
          <w:szCs w:val="28"/>
          <w:lang w:val="ru-RU"/>
        </w:rPr>
      </w:pPr>
    </w:p>
    <w:p w:rsidR="00C267CC" w:rsidRDefault="00C267CC" w:rsidP="00E078A4">
      <w:pPr>
        <w:spacing w:after="0" w:line="216" w:lineRule="auto"/>
        <w:rPr>
          <w:sz w:val="28"/>
          <w:szCs w:val="28"/>
          <w:lang w:val="ru-RU"/>
        </w:rPr>
      </w:pPr>
    </w:p>
    <w:p w:rsidR="00C267CC" w:rsidRPr="00E078A4" w:rsidRDefault="00C267CC" w:rsidP="00E078A4">
      <w:pPr>
        <w:spacing w:after="0" w:line="216" w:lineRule="auto"/>
        <w:rPr>
          <w:sz w:val="28"/>
          <w:szCs w:val="28"/>
          <w:lang w:val="ru-RU"/>
        </w:rPr>
      </w:pPr>
    </w:p>
    <w:p w:rsidR="00774219" w:rsidRPr="00E078A4" w:rsidRDefault="00950188" w:rsidP="00E078A4">
      <w:pPr>
        <w:keepNext/>
        <w:spacing w:after="160" w:line="216" w:lineRule="auto"/>
        <w:jc w:val="center"/>
        <w:rPr>
          <w:sz w:val="28"/>
          <w:szCs w:val="28"/>
          <w:lang w:val="ru-RU"/>
        </w:rPr>
      </w:pPr>
      <w:r w:rsidRPr="00E078A4">
        <w:rPr>
          <w:sz w:val="28"/>
          <w:szCs w:val="28"/>
          <w:lang w:val="ru-RU"/>
        </w:rPr>
        <w:t>ЗАЯВЛЕНИЕ</w:t>
      </w:r>
    </w:p>
    <w:p w:rsidR="00774219" w:rsidRPr="00E078A4" w:rsidRDefault="0024362D" w:rsidP="0024362D">
      <w:pPr>
        <w:spacing w:line="216" w:lineRule="auto"/>
        <w:jc w:val="both"/>
        <w:rPr>
          <w:sz w:val="28"/>
          <w:szCs w:val="28"/>
          <w:lang w:val="ru-RU"/>
        </w:rPr>
      </w:pPr>
      <w:r>
        <w:rPr>
          <w:sz w:val="28"/>
          <w:szCs w:val="28"/>
          <w:lang w:val="ru-RU"/>
        </w:rPr>
        <w:t xml:space="preserve">    </w:t>
      </w:r>
      <w:r w:rsidR="00950188" w:rsidRPr="00E078A4">
        <w:rPr>
          <w:sz w:val="28"/>
          <w:szCs w:val="28"/>
          <w:lang w:val="ru-RU"/>
        </w:rPr>
        <w:t>В конкурсную комиссию по проведению конкурса по отбору кандидатур</w:t>
      </w:r>
      <w:r>
        <w:rPr>
          <w:sz w:val="28"/>
          <w:szCs w:val="28"/>
          <w:lang w:val="ru-RU"/>
        </w:rPr>
        <w:t xml:space="preserve"> </w:t>
      </w:r>
      <w:r w:rsidR="00950188" w:rsidRPr="00E078A4">
        <w:rPr>
          <w:sz w:val="28"/>
          <w:szCs w:val="28"/>
          <w:lang w:val="ru-RU"/>
        </w:rPr>
        <w:t xml:space="preserve">на должность главы </w:t>
      </w:r>
      <w:r w:rsidR="005E3646">
        <w:rPr>
          <w:sz w:val="28"/>
          <w:szCs w:val="28"/>
          <w:lang w:val="ru-RU"/>
        </w:rPr>
        <w:t xml:space="preserve">городского поселения Нарткала </w:t>
      </w:r>
    </w:p>
    <w:p w:rsidR="00774219" w:rsidRPr="00E078A4" w:rsidRDefault="00950188" w:rsidP="0024362D">
      <w:pPr>
        <w:spacing w:line="216" w:lineRule="auto"/>
        <w:jc w:val="both"/>
        <w:rPr>
          <w:sz w:val="28"/>
          <w:szCs w:val="28"/>
          <w:lang w:val="ru-RU"/>
        </w:rPr>
      </w:pPr>
      <w:r w:rsidRPr="00E078A4">
        <w:rPr>
          <w:sz w:val="28"/>
          <w:szCs w:val="28"/>
          <w:lang w:val="ru-RU"/>
        </w:rPr>
        <w:t>от ___________________________________________________</w:t>
      </w:r>
      <w:r w:rsidR="0024362D">
        <w:rPr>
          <w:sz w:val="28"/>
          <w:szCs w:val="28"/>
          <w:lang w:val="ru-RU"/>
        </w:rPr>
        <w:t>________</w:t>
      </w:r>
      <w:r w:rsidRPr="00E078A4">
        <w:rPr>
          <w:sz w:val="28"/>
          <w:szCs w:val="28"/>
          <w:lang w:val="ru-RU"/>
        </w:rPr>
        <w:t>________</w:t>
      </w:r>
    </w:p>
    <w:p w:rsidR="00774219" w:rsidRPr="00D21825" w:rsidRDefault="00950188" w:rsidP="00D21825">
      <w:pPr>
        <w:spacing w:line="216" w:lineRule="auto"/>
        <w:jc w:val="center"/>
        <w:rPr>
          <w:szCs w:val="24"/>
          <w:lang w:val="ru-RU"/>
        </w:rPr>
      </w:pPr>
      <w:r w:rsidRPr="00D21825">
        <w:rPr>
          <w:i/>
          <w:szCs w:val="24"/>
          <w:lang w:val="ru-RU"/>
        </w:rPr>
        <w:t>(фамилия, имя, отчество при наличии)</w:t>
      </w:r>
    </w:p>
    <w:p w:rsidR="00774219" w:rsidRPr="00E078A4" w:rsidRDefault="00950188" w:rsidP="0024362D">
      <w:pPr>
        <w:spacing w:line="216" w:lineRule="auto"/>
        <w:jc w:val="both"/>
        <w:rPr>
          <w:sz w:val="28"/>
          <w:szCs w:val="28"/>
          <w:lang w:val="ru-RU"/>
        </w:rPr>
      </w:pPr>
      <w:r w:rsidRPr="00E078A4">
        <w:rPr>
          <w:sz w:val="28"/>
          <w:szCs w:val="28"/>
          <w:lang w:val="ru-RU"/>
        </w:rPr>
        <w:t>адрес: ____________________________________________________</w:t>
      </w:r>
      <w:r w:rsidR="0024362D">
        <w:rPr>
          <w:sz w:val="28"/>
          <w:szCs w:val="28"/>
          <w:lang w:val="ru-RU"/>
        </w:rPr>
        <w:t>_______</w:t>
      </w:r>
      <w:r w:rsidRPr="00E078A4">
        <w:rPr>
          <w:sz w:val="28"/>
          <w:szCs w:val="28"/>
          <w:lang w:val="ru-RU"/>
        </w:rPr>
        <w:t>____</w:t>
      </w:r>
    </w:p>
    <w:p w:rsidR="00D21825" w:rsidRDefault="00D21825" w:rsidP="0024362D">
      <w:pPr>
        <w:spacing w:after="200" w:line="216" w:lineRule="auto"/>
        <w:jc w:val="both"/>
        <w:rPr>
          <w:sz w:val="28"/>
          <w:szCs w:val="28"/>
          <w:lang w:val="ru-RU"/>
        </w:rPr>
      </w:pPr>
    </w:p>
    <w:p w:rsidR="00774219" w:rsidRPr="00E078A4" w:rsidRDefault="00950188" w:rsidP="0024362D">
      <w:pPr>
        <w:spacing w:after="200" w:line="216" w:lineRule="auto"/>
        <w:jc w:val="both"/>
        <w:rPr>
          <w:sz w:val="28"/>
          <w:szCs w:val="28"/>
          <w:lang w:val="ru-RU"/>
        </w:rPr>
      </w:pPr>
      <w:r w:rsidRPr="00E078A4">
        <w:rPr>
          <w:sz w:val="28"/>
          <w:szCs w:val="28"/>
          <w:lang w:val="ru-RU"/>
        </w:rPr>
        <w:t>телефон, электронная почта: _________________________________</w:t>
      </w:r>
      <w:r w:rsidR="0024362D">
        <w:rPr>
          <w:sz w:val="28"/>
          <w:szCs w:val="28"/>
          <w:lang w:val="ru-RU"/>
        </w:rPr>
        <w:t>__________</w:t>
      </w:r>
      <w:r w:rsidRPr="00E078A4">
        <w:rPr>
          <w:sz w:val="28"/>
          <w:szCs w:val="28"/>
          <w:lang w:val="ru-RU"/>
        </w:rPr>
        <w:t>_</w:t>
      </w:r>
    </w:p>
    <w:p w:rsidR="00774219" w:rsidRPr="00E078A4" w:rsidRDefault="00950188" w:rsidP="00E078A4">
      <w:pPr>
        <w:spacing w:line="216" w:lineRule="auto"/>
        <w:ind w:firstLine="709"/>
        <w:jc w:val="both"/>
        <w:rPr>
          <w:sz w:val="28"/>
          <w:szCs w:val="28"/>
          <w:lang w:val="ru-RU"/>
        </w:rPr>
      </w:pPr>
      <w:r w:rsidRPr="00E078A4">
        <w:rPr>
          <w:sz w:val="28"/>
          <w:szCs w:val="28"/>
          <w:lang w:val="ru-RU"/>
        </w:rPr>
        <w:t xml:space="preserve">Прошу зарегистрировать меня кандидатом и допустить к участию </w:t>
      </w:r>
      <w:r w:rsidR="008D2CE3">
        <w:rPr>
          <w:sz w:val="28"/>
          <w:szCs w:val="28"/>
          <w:lang w:val="ru-RU"/>
        </w:rPr>
        <w:br/>
      </w:r>
      <w:r w:rsidRPr="00E078A4">
        <w:rPr>
          <w:sz w:val="28"/>
          <w:szCs w:val="28"/>
          <w:lang w:val="ru-RU"/>
        </w:rPr>
        <w:t xml:space="preserve">в конкурсе по отбору кандидатур на должность главы городского поселения </w:t>
      </w:r>
      <w:r w:rsidR="005E3646">
        <w:rPr>
          <w:sz w:val="28"/>
          <w:szCs w:val="28"/>
          <w:lang w:val="ru-RU"/>
        </w:rPr>
        <w:t>Нарткала Урванского муниципального района</w:t>
      </w:r>
      <w:r w:rsidRPr="00E078A4">
        <w:rPr>
          <w:sz w:val="28"/>
          <w:szCs w:val="28"/>
          <w:lang w:val="ru-RU"/>
        </w:rPr>
        <w:t xml:space="preserve"> Кабардино-Балкарской Республики.</w:t>
      </w:r>
    </w:p>
    <w:p w:rsidR="00774219" w:rsidRPr="00E078A4" w:rsidRDefault="00950188" w:rsidP="00E078A4">
      <w:pPr>
        <w:spacing w:line="216" w:lineRule="auto"/>
        <w:ind w:firstLine="709"/>
        <w:jc w:val="both"/>
        <w:rPr>
          <w:sz w:val="28"/>
          <w:szCs w:val="28"/>
          <w:lang w:val="ru-RU"/>
        </w:rPr>
      </w:pPr>
      <w:r w:rsidRPr="00E078A4">
        <w:rPr>
          <w:sz w:val="28"/>
          <w:szCs w:val="28"/>
          <w:lang w:val="ru-RU"/>
        </w:rPr>
        <w:t>Подтверждаю достоверность представленных сведений и отсутствие известных мне ограничений пассивного избирательного права. Обязуюсь незамедлительно сообщить конкурсной комиссии об изменении обстоятельств, имеющих значение для участия в конкурсе.</w:t>
      </w:r>
    </w:p>
    <w:p w:rsidR="00774219" w:rsidRDefault="00950188" w:rsidP="00E078A4">
      <w:pPr>
        <w:spacing w:line="216" w:lineRule="auto"/>
        <w:ind w:firstLine="709"/>
        <w:jc w:val="both"/>
        <w:rPr>
          <w:sz w:val="28"/>
          <w:szCs w:val="28"/>
          <w:lang w:val="ru-RU"/>
        </w:rPr>
      </w:pPr>
      <w:r w:rsidRPr="00E078A4">
        <w:rPr>
          <w:sz w:val="28"/>
          <w:szCs w:val="28"/>
          <w:lang w:val="ru-RU"/>
        </w:rPr>
        <w:t xml:space="preserve">В случае избрания обязуюсь прекратить полномочия, работу или иную деятельность, несовместимые со статусом главы муниципального образования, </w:t>
      </w:r>
      <w:r w:rsidR="008D2CE3">
        <w:rPr>
          <w:sz w:val="28"/>
          <w:szCs w:val="28"/>
          <w:lang w:val="ru-RU"/>
        </w:rPr>
        <w:br/>
      </w:r>
      <w:r w:rsidRPr="00E078A4">
        <w:rPr>
          <w:sz w:val="28"/>
          <w:szCs w:val="28"/>
          <w:lang w:val="ru-RU"/>
        </w:rPr>
        <w:t>в установленный законом срок.</w:t>
      </w:r>
    </w:p>
    <w:p w:rsidR="00C267CC" w:rsidRPr="00E078A4" w:rsidRDefault="00C267CC" w:rsidP="00E078A4">
      <w:pPr>
        <w:spacing w:line="216" w:lineRule="auto"/>
        <w:ind w:firstLine="709"/>
        <w:jc w:val="both"/>
        <w:rPr>
          <w:sz w:val="28"/>
          <w:szCs w:val="28"/>
          <w:lang w:val="ru-RU"/>
        </w:rPr>
      </w:pPr>
    </w:p>
    <w:p w:rsidR="00774219" w:rsidRPr="00E078A4" w:rsidRDefault="00950188" w:rsidP="00E078A4">
      <w:pPr>
        <w:spacing w:line="216" w:lineRule="auto"/>
        <w:ind w:firstLine="709"/>
        <w:jc w:val="both"/>
        <w:rPr>
          <w:sz w:val="28"/>
          <w:szCs w:val="28"/>
        </w:rPr>
      </w:pPr>
      <w:r w:rsidRPr="00E078A4">
        <w:rPr>
          <w:sz w:val="28"/>
          <w:szCs w:val="28"/>
        </w:rPr>
        <w:t xml:space="preserve">К </w:t>
      </w:r>
      <w:proofErr w:type="spellStart"/>
      <w:r w:rsidRPr="00E078A4">
        <w:rPr>
          <w:sz w:val="28"/>
          <w:szCs w:val="28"/>
        </w:rPr>
        <w:t>заявлению</w:t>
      </w:r>
      <w:proofErr w:type="spellEnd"/>
      <w:r w:rsidRPr="00E078A4">
        <w:rPr>
          <w:sz w:val="28"/>
          <w:szCs w:val="28"/>
        </w:rPr>
        <w:t xml:space="preserve"> </w:t>
      </w:r>
      <w:r w:rsidR="00660AB2">
        <w:rPr>
          <w:sz w:val="28"/>
          <w:szCs w:val="28"/>
          <w:lang w:val="ru-RU"/>
        </w:rPr>
        <w:t xml:space="preserve"> </w:t>
      </w:r>
      <w:proofErr w:type="spellStart"/>
      <w:r w:rsidR="00660AB2">
        <w:rPr>
          <w:sz w:val="28"/>
          <w:szCs w:val="28"/>
          <w:lang w:val="ru-RU"/>
        </w:rPr>
        <w:t>п</w:t>
      </w:r>
      <w:r w:rsidRPr="00E078A4">
        <w:rPr>
          <w:sz w:val="28"/>
          <w:szCs w:val="28"/>
        </w:rPr>
        <w:t>рил</w:t>
      </w:r>
      <w:proofErr w:type="spellEnd"/>
      <w:r w:rsidR="0024362D">
        <w:rPr>
          <w:sz w:val="28"/>
          <w:szCs w:val="28"/>
          <w:lang w:val="ru-RU"/>
        </w:rPr>
        <w:t>а</w:t>
      </w:r>
      <w:proofErr w:type="spellStart"/>
      <w:r w:rsidRPr="00E078A4">
        <w:rPr>
          <w:sz w:val="28"/>
          <w:szCs w:val="28"/>
        </w:rPr>
        <w:t>гаются</w:t>
      </w:r>
      <w:proofErr w:type="spellEnd"/>
      <w:r w:rsidRPr="00E078A4">
        <w:rPr>
          <w:sz w:val="28"/>
          <w:szCs w:val="28"/>
        </w:rPr>
        <w:t>:</w:t>
      </w:r>
    </w:p>
    <w:p w:rsidR="00774219" w:rsidRPr="00E078A4" w:rsidRDefault="00950188" w:rsidP="00E078A4">
      <w:pPr>
        <w:spacing w:line="216" w:lineRule="auto"/>
        <w:rPr>
          <w:sz w:val="28"/>
          <w:szCs w:val="28"/>
        </w:rPr>
      </w:pPr>
      <w:r w:rsidRPr="00E078A4">
        <w:rPr>
          <w:sz w:val="28"/>
          <w:szCs w:val="28"/>
        </w:rPr>
        <w:t>1. ____________________________________________________________________</w:t>
      </w:r>
    </w:p>
    <w:p w:rsidR="00774219" w:rsidRPr="00E078A4" w:rsidRDefault="00950188" w:rsidP="00E078A4">
      <w:pPr>
        <w:spacing w:line="216" w:lineRule="auto"/>
        <w:rPr>
          <w:sz w:val="28"/>
          <w:szCs w:val="28"/>
        </w:rPr>
      </w:pPr>
      <w:r w:rsidRPr="00E078A4">
        <w:rPr>
          <w:sz w:val="28"/>
          <w:szCs w:val="28"/>
        </w:rPr>
        <w:t>2. ____________________________________________________________________</w:t>
      </w:r>
    </w:p>
    <w:p w:rsidR="00774219" w:rsidRPr="00E078A4" w:rsidRDefault="00950188" w:rsidP="00E078A4">
      <w:pPr>
        <w:spacing w:line="216" w:lineRule="auto"/>
        <w:rPr>
          <w:sz w:val="28"/>
          <w:szCs w:val="28"/>
        </w:rPr>
      </w:pPr>
      <w:r w:rsidRPr="00E078A4">
        <w:rPr>
          <w:sz w:val="28"/>
          <w:szCs w:val="28"/>
        </w:rPr>
        <w:t>3. ____________________________________________________________________</w:t>
      </w:r>
    </w:p>
    <w:p w:rsidR="00774219" w:rsidRPr="00E078A4" w:rsidRDefault="00950188" w:rsidP="00E078A4">
      <w:pPr>
        <w:spacing w:line="216" w:lineRule="auto"/>
        <w:rPr>
          <w:sz w:val="28"/>
          <w:szCs w:val="28"/>
        </w:rPr>
      </w:pPr>
      <w:r w:rsidRPr="00E078A4">
        <w:rPr>
          <w:sz w:val="28"/>
          <w:szCs w:val="28"/>
        </w:rPr>
        <w:t>4. ____________________________________________________________________</w:t>
      </w:r>
    </w:p>
    <w:p w:rsidR="00774219" w:rsidRPr="00E078A4" w:rsidRDefault="00950188" w:rsidP="00E078A4">
      <w:pPr>
        <w:spacing w:line="216" w:lineRule="auto"/>
        <w:rPr>
          <w:sz w:val="28"/>
          <w:szCs w:val="28"/>
        </w:rPr>
      </w:pPr>
      <w:r w:rsidRPr="00E078A4">
        <w:rPr>
          <w:sz w:val="28"/>
          <w:szCs w:val="28"/>
        </w:rPr>
        <w:t>5. ____________________________________________________________________</w:t>
      </w:r>
    </w:p>
    <w:p w:rsidR="00774219" w:rsidRDefault="00950188" w:rsidP="00E078A4">
      <w:pPr>
        <w:spacing w:line="216" w:lineRule="auto"/>
        <w:rPr>
          <w:sz w:val="28"/>
          <w:szCs w:val="28"/>
          <w:lang w:val="ru-RU"/>
        </w:rPr>
      </w:pPr>
      <w:r w:rsidRPr="00E078A4">
        <w:rPr>
          <w:sz w:val="28"/>
          <w:szCs w:val="28"/>
        </w:rPr>
        <w:t>6. ____________________________________________________________________</w:t>
      </w:r>
    </w:p>
    <w:p w:rsidR="008D2CE3" w:rsidRPr="008D2CE3" w:rsidRDefault="008D2CE3" w:rsidP="00E078A4">
      <w:pPr>
        <w:spacing w:line="216" w:lineRule="auto"/>
        <w:rPr>
          <w:sz w:val="28"/>
          <w:szCs w:val="28"/>
          <w:lang w:val="ru-RU"/>
        </w:rPr>
      </w:pPr>
    </w:p>
    <w:tbl>
      <w:tblPr>
        <w:tblW w:w="0" w:type="auto"/>
        <w:tblLayout w:type="fixed"/>
        <w:tblLook w:val="04A0"/>
      </w:tblPr>
      <w:tblGrid>
        <w:gridCol w:w="4929"/>
        <w:gridCol w:w="4929"/>
      </w:tblGrid>
      <w:tr w:rsidR="00774219" w:rsidRPr="00E078A4" w:rsidTr="00086F6B">
        <w:tc>
          <w:tcPr>
            <w:tcW w:w="4929" w:type="dxa"/>
            <w:tcMar>
              <w:top w:w="0" w:type="dxa"/>
              <w:left w:w="0" w:type="dxa"/>
              <w:bottom w:w="0" w:type="dxa"/>
              <w:right w:w="0" w:type="dxa"/>
            </w:tcMar>
          </w:tcPr>
          <w:p w:rsidR="008D2CE3" w:rsidRDefault="008D2CE3" w:rsidP="00E078A4">
            <w:pPr>
              <w:spacing w:line="216" w:lineRule="auto"/>
              <w:rPr>
                <w:sz w:val="28"/>
                <w:szCs w:val="28"/>
                <w:lang w:val="ru-RU"/>
              </w:rPr>
            </w:pPr>
          </w:p>
          <w:p w:rsidR="00774219" w:rsidRPr="0041225B" w:rsidRDefault="0041225B" w:rsidP="00E078A4">
            <w:pPr>
              <w:spacing w:line="216" w:lineRule="auto"/>
              <w:rPr>
                <w:sz w:val="28"/>
                <w:szCs w:val="28"/>
                <w:lang w:val="ru-RU"/>
              </w:rPr>
            </w:pPr>
            <w:r>
              <w:rPr>
                <w:sz w:val="28"/>
                <w:szCs w:val="28"/>
                <w:lang w:val="ru-RU"/>
              </w:rPr>
              <w:t>____________________</w:t>
            </w:r>
          </w:p>
        </w:tc>
        <w:tc>
          <w:tcPr>
            <w:tcW w:w="4929" w:type="dxa"/>
            <w:tcMar>
              <w:top w:w="0" w:type="dxa"/>
              <w:left w:w="0" w:type="dxa"/>
              <w:bottom w:w="0" w:type="dxa"/>
              <w:right w:w="0" w:type="dxa"/>
            </w:tcMar>
          </w:tcPr>
          <w:p w:rsidR="008D2CE3" w:rsidRDefault="008D2CE3" w:rsidP="00E078A4">
            <w:pPr>
              <w:spacing w:line="216" w:lineRule="auto"/>
              <w:jc w:val="right"/>
              <w:rPr>
                <w:sz w:val="28"/>
                <w:szCs w:val="28"/>
                <w:lang w:val="ru-RU"/>
              </w:rPr>
            </w:pPr>
          </w:p>
          <w:p w:rsidR="00774219" w:rsidRPr="00E078A4" w:rsidRDefault="00950188" w:rsidP="00E078A4">
            <w:pPr>
              <w:spacing w:line="216" w:lineRule="auto"/>
              <w:jc w:val="right"/>
              <w:rPr>
                <w:sz w:val="28"/>
                <w:szCs w:val="28"/>
              </w:rPr>
            </w:pPr>
            <w:r w:rsidRPr="00E078A4">
              <w:rPr>
                <w:sz w:val="28"/>
                <w:szCs w:val="28"/>
              </w:rPr>
              <w:t xml:space="preserve"> ____________________</w:t>
            </w:r>
          </w:p>
        </w:tc>
      </w:tr>
      <w:tr w:rsidR="0041225B" w:rsidRPr="00E078A4" w:rsidTr="00086F6B">
        <w:tc>
          <w:tcPr>
            <w:tcW w:w="4929" w:type="dxa"/>
            <w:tcMar>
              <w:top w:w="0" w:type="dxa"/>
              <w:left w:w="0" w:type="dxa"/>
              <w:bottom w:w="0" w:type="dxa"/>
              <w:right w:w="0" w:type="dxa"/>
            </w:tcMar>
          </w:tcPr>
          <w:p w:rsidR="0041225B" w:rsidRPr="0041225B" w:rsidRDefault="0041225B" w:rsidP="00E078A4">
            <w:pPr>
              <w:spacing w:line="216" w:lineRule="auto"/>
              <w:rPr>
                <w:szCs w:val="24"/>
                <w:lang w:val="ru-RU"/>
              </w:rPr>
            </w:pPr>
            <w:r w:rsidRPr="0041225B">
              <w:rPr>
                <w:szCs w:val="24"/>
                <w:lang w:val="ru-RU"/>
              </w:rPr>
              <w:t>(подпись собственноручно)</w:t>
            </w:r>
          </w:p>
          <w:p w:rsidR="0041225B" w:rsidRDefault="0041225B" w:rsidP="00E078A4">
            <w:pPr>
              <w:spacing w:line="216" w:lineRule="auto"/>
              <w:rPr>
                <w:sz w:val="28"/>
                <w:szCs w:val="28"/>
                <w:lang w:val="ru-RU"/>
              </w:rPr>
            </w:pPr>
          </w:p>
        </w:tc>
        <w:tc>
          <w:tcPr>
            <w:tcW w:w="4929" w:type="dxa"/>
            <w:tcMar>
              <w:top w:w="0" w:type="dxa"/>
              <w:left w:w="0" w:type="dxa"/>
              <w:bottom w:w="0" w:type="dxa"/>
              <w:right w:w="0" w:type="dxa"/>
            </w:tcMar>
          </w:tcPr>
          <w:p w:rsidR="0041225B" w:rsidRDefault="0041225B" w:rsidP="00E078A4">
            <w:pPr>
              <w:spacing w:line="216" w:lineRule="auto"/>
              <w:jc w:val="right"/>
              <w:rPr>
                <w:sz w:val="28"/>
                <w:szCs w:val="28"/>
                <w:lang w:val="ru-RU"/>
              </w:rPr>
            </w:pPr>
            <w:r w:rsidRPr="0041225B">
              <w:rPr>
                <w:szCs w:val="24"/>
                <w:lang w:val="ru-RU"/>
              </w:rPr>
              <w:t>(инициалы, фамилия</w:t>
            </w:r>
            <w:r>
              <w:rPr>
                <w:sz w:val="28"/>
                <w:szCs w:val="28"/>
                <w:lang w:val="ru-RU"/>
              </w:rPr>
              <w:t>)</w:t>
            </w:r>
          </w:p>
        </w:tc>
      </w:tr>
      <w:tr w:rsidR="0041225B" w:rsidRPr="005B2DAE" w:rsidTr="00086F6B">
        <w:tc>
          <w:tcPr>
            <w:tcW w:w="4929" w:type="dxa"/>
            <w:tcMar>
              <w:top w:w="0" w:type="dxa"/>
              <w:left w:w="0" w:type="dxa"/>
              <w:bottom w:w="0" w:type="dxa"/>
              <w:right w:w="0" w:type="dxa"/>
            </w:tcMar>
          </w:tcPr>
          <w:p w:rsidR="0041225B" w:rsidRDefault="0041225B" w:rsidP="00E078A4">
            <w:pPr>
              <w:spacing w:line="216" w:lineRule="auto"/>
              <w:rPr>
                <w:sz w:val="28"/>
                <w:szCs w:val="28"/>
                <w:lang w:val="ru-RU"/>
              </w:rPr>
            </w:pPr>
          </w:p>
          <w:p w:rsidR="0041225B" w:rsidRDefault="0041225B" w:rsidP="00E078A4">
            <w:pPr>
              <w:spacing w:line="216" w:lineRule="auto"/>
              <w:rPr>
                <w:sz w:val="28"/>
                <w:szCs w:val="28"/>
                <w:lang w:val="ru-RU"/>
              </w:rPr>
            </w:pPr>
          </w:p>
        </w:tc>
        <w:tc>
          <w:tcPr>
            <w:tcW w:w="4929" w:type="dxa"/>
            <w:tcMar>
              <w:top w:w="0" w:type="dxa"/>
              <w:left w:w="0" w:type="dxa"/>
              <w:bottom w:w="0" w:type="dxa"/>
              <w:right w:w="0" w:type="dxa"/>
            </w:tcMar>
          </w:tcPr>
          <w:p w:rsidR="0041225B" w:rsidRPr="0041225B" w:rsidRDefault="0041225B" w:rsidP="0041225B">
            <w:pPr>
              <w:spacing w:line="216" w:lineRule="auto"/>
              <w:jc w:val="right"/>
              <w:rPr>
                <w:szCs w:val="24"/>
                <w:lang w:val="ru-RU"/>
              </w:rPr>
            </w:pPr>
            <w:r>
              <w:rPr>
                <w:szCs w:val="24"/>
                <w:lang w:val="ru-RU"/>
              </w:rPr>
              <w:t xml:space="preserve"> ______________________________________ (дата внесения подписи,</w:t>
            </w:r>
            <w:r>
              <w:rPr>
                <w:szCs w:val="24"/>
                <w:lang w:val="ru-RU"/>
              </w:rPr>
              <w:br/>
              <w:t xml:space="preserve"> указываемая собственноручно)</w:t>
            </w:r>
          </w:p>
        </w:tc>
      </w:tr>
    </w:tbl>
    <w:p w:rsidR="00774219" w:rsidRPr="008D2CE3" w:rsidRDefault="002750E0" w:rsidP="00E078A4">
      <w:pPr>
        <w:spacing w:after="0" w:line="216" w:lineRule="auto"/>
        <w:jc w:val="center"/>
        <w:rPr>
          <w:sz w:val="22"/>
          <w:lang w:val="ru-RU"/>
        </w:rPr>
      </w:pPr>
      <w:r w:rsidRPr="00E078A4">
        <w:rPr>
          <w:sz w:val="28"/>
          <w:szCs w:val="28"/>
          <w:lang w:val="ru-RU"/>
        </w:rPr>
        <w:t xml:space="preserve">                                                    </w:t>
      </w:r>
      <w:r w:rsidR="008D2CE3">
        <w:rPr>
          <w:sz w:val="28"/>
          <w:szCs w:val="28"/>
          <w:lang w:val="ru-RU"/>
        </w:rPr>
        <w:t xml:space="preserve">                        </w:t>
      </w:r>
      <w:r w:rsidRPr="00E078A4">
        <w:rPr>
          <w:sz w:val="28"/>
          <w:szCs w:val="28"/>
          <w:lang w:val="ru-RU"/>
        </w:rPr>
        <w:t xml:space="preserve">    </w:t>
      </w:r>
    </w:p>
    <w:p w:rsidR="00774219" w:rsidRPr="0041225B" w:rsidRDefault="00774219" w:rsidP="00E078A4">
      <w:pPr>
        <w:spacing w:line="216" w:lineRule="auto"/>
        <w:rPr>
          <w:sz w:val="28"/>
          <w:szCs w:val="28"/>
          <w:lang w:val="ru-RU"/>
        </w:rPr>
      </w:pPr>
    </w:p>
    <w:p w:rsidR="00774219" w:rsidRPr="00D21825" w:rsidRDefault="00950188" w:rsidP="0024362D">
      <w:pPr>
        <w:keepNext/>
        <w:spacing w:after="0" w:line="240" w:lineRule="auto"/>
        <w:ind w:left="5400"/>
        <w:jc w:val="right"/>
        <w:rPr>
          <w:szCs w:val="24"/>
          <w:lang w:val="ru-RU"/>
        </w:rPr>
      </w:pPr>
      <w:r w:rsidRPr="00D21825">
        <w:rPr>
          <w:szCs w:val="24"/>
          <w:lang w:val="ru-RU"/>
        </w:rPr>
        <w:t xml:space="preserve">Приложение № </w:t>
      </w:r>
      <w:r w:rsidR="00C267CC" w:rsidRPr="00D21825">
        <w:rPr>
          <w:szCs w:val="24"/>
          <w:lang w:val="ru-RU"/>
        </w:rPr>
        <w:t>2</w:t>
      </w:r>
    </w:p>
    <w:p w:rsidR="00774219" w:rsidRPr="00D21825" w:rsidRDefault="00950188" w:rsidP="0024362D">
      <w:pPr>
        <w:keepNext/>
        <w:spacing w:after="0" w:line="240" w:lineRule="auto"/>
        <w:ind w:left="5400"/>
        <w:jc w:val="right"/>
        <w:rPr>
          <w:szCs w:val="24"/>
          <w:lang w:val="ru-RU"/>
        </w:rPr>
      </w:pPr>
      <w:r w:rsidRPr="00D21825">
        <w:rPr>
          <w:szCs w:val="24"/>
          <w:lang w:val="ru-RU"/>
        </w:rPr>
        <w:t>к Положению о порядке проведения</w:t>
      </w:r>
    </w:p>
    <w:p w:rsidR="00774219" w:rsidRPr="00D21825" w:rsidRDefault="00950188" w:rsidP="0024362D">
      <w:pPr>
        <w:keepNext/>
        <w:spacing w:after="0" w:line="240" w:lineRule="auto"/>
        <w:ind w:left="5400"/>
        <w:jc w:val="right"/>
        <w:rPr>
          <w:szCs w:val="24"/>
          <w:lang w:val="ru-RU"/>
        </w:rPr>
      </w:pPr>
      <w:r w:rsidRPr="00D21825">
        <w:rPr>
          <w:szCs w:val="24"/>
          <w:lang w:val="ru-RU"/>
        </w:rPr>
        <w:t>конкурса по отбору кандидатур</w:t>
      </w:r>
    </w:p>
    <w:p w:rsidR="00774219" w:rsidRPr="00D21825" w:rsidRDefault="00950188" w:rsidP="0024362D">
      <w:pPr>
        <w:keepNext/>
        <w:spacing w:after="0" w:line="240" w:lineRule="auto"/>
        <w:ind w:left="5400"/>
        <w:jc w:val="right"/>
        <w:rPr>
          <w:szCs w:val="24"/>
          <w:lang w:val="ru-RU"/>
        </w:rPr>
      </w:pPr>
      <w:r w:rsidRPr="00D21825">
        <w:rPr>
          <w:szCs w:val="24"/>
          <w:lang w:val="ru-RU"/>
        </w:rPr>
        <w:t>на должность главы городского</w:t>
      </w:r>
    </w:p>
    <w:p w:rsidR="00774219" w:rsidRPr="00D21825" w:rsidRDefault="00950188" w:rsidP="0024362D">
      <w:pPr>
        <w:keepNext/>
        <w:spacing w:after="0" w:line="240" w:lineRule="auto"/>
        <w:ind w:left="5400"/>
        <w:jc w:val="right"/>
        <w:rPr>
          <w:szCs w:val="24"/>
          <w:lang w:val="ru-RU"/>
        </w:rPr>
      </w:pPr>
      <w:r w:rsidRPr="00D21825">
        <w:rPr>
          <w:szCs w:val="24"/>
          <w:lang w:val="ru-RU"/>
        </w:rPr>
        <w:t xml:space="preserve">поселения </w:t>
      </w:r>
      <w:r w:rsidR="00B55E16" w:rsidRPr="00D21825">
        <w:rPr>
          <w:szCs w:val="24"/>
          <w:lang w:val="ru-RU"/>
        </w:rPr>
        <w:t>Нарткала</w:t>
      </w:r>
    </w:p>
    <w:p w:rsidR="00774219" w:rsidRPr="0041225B" w:rsidRDefault="00774219">
      <w:pPr>
        <w:spacing w:after="0"/>
        <w:rPr>
          <w:sz w:val="28"/>
          <w:szCs w:val="28"/>
          <w:lang w:val="ru-RU"/>
        </w:rPr>
      </w:pPr>
    </w:p>
    <w:p w:rsidR="00774219" w:rsidRPr="0041225B" w:rsidRDefault="00950188">
      <w:pPr>
        <w:keepNext/>
        <w:spacing w:after="20" w:line="240" w:lineRule="auto"/>
        <w:jc w:val="center"/>
        <w:rPr>
          <w:sz w:val="28"/>
          <w:szCs w:val="28"/>
          <w:lang w:val="ru-RU"/>
        </w:rPr>
      </w:pPr>
      <w:r w:rsidRPr="0041225B">
        <w:rPr>
          <w:sz w:val="28"/>
          <w:szCs w:val="28"/>
          <w:lang w:val="ru-RU"/>
        </w:rPr>
        <w:t>СОГЛАСИЕ</w:t>
      </w:r>
    </w:p>
    <w:p w:rsidR="00774219" w:rsidRPr="0041225B" w:rsidRDefault="00950188">
      <w:pPr>
        <w:keepNext/>
        <w:spacing w:after="160" w:line="240" w:lineRule="auto"/>
        <w:jc w:val="center"/>
        <w:rPr>
          <w:sz w:val="28"/>
          <w:szCs w:val="28"/>
          <w:lang w:val="ru-RU"/>
        </w:rPr>
      </w:pPr>
      <w:r w:rsidRPr="0041225B">
        <w:rPr>
          <w:sz w:val="28"/>
          <w:szCs w:val="28"/>
          <w:lang w:val="ru-RU"/>
        </w:rPr>
        <w:t>на обработку персональных данных</w:t>
      </w:r>
    </w:p>
    <w:p w:rsidR="00774219" w:rsidRPr="0041225B" w:rsidRDefault="00950188">
      <w:pPr>
        <w:rPr>
          <w:sz w:val="28"/>
          <w:szCs w:val="28"/>
          <w:lang w:val="ru-RU"/>
        </w:rPr>
      </w:pPr>
      <w:r w:rsidRPr="0041225B">
        <w:rPr>
          <w:sz w:val="28"/>
          <w:szCs w:val="28"/>
          <w:lang w:val="ru-RU"/>
        </w:rPr>
        <w:t>Я, _____________________________________________________________________,</w:t>
      </w:r>
    </w:p>
    <w:p w:rsidR="00774219" w:rsidRPr="0041225B" w:rsidRDefault="00950188">
      <w:pPr>
        <w:spacing w:after="60" w:line="240" w:lineRule="auto"/>
        <w:jc w:val="center"/>
        <w:rPr>
          <w:sz w:val="28"/>
          <w:szCs w:val="28"/>
          <w:lang w:val="ru-RU"/>
        </w:rPr>
      </w:pPr>
      <w:r w:rsidRPr="0041225B">
        <w:rPr>
          <w:i/>
          <w:sz w:val="28"/>
          <w:szCs w:val="28"/>
          <w:lang w:val="ru-RU"/>
        </w:rPr>
        <w:t>фамилия, имя, отчество при наличии</w:t>
      </w:r>
    </w:p>
    <w:p w:rsidR="00774219" w:rsidRPr="0041225B" w:rsidRDefault="00950188">
      <w:pPr>
        <w:rPr>
          <w:sz w:val="28"/>
          <w:szCs w:val="28"/>
          <w:lang w:val="ru-RU"/>
        </w:rPr>
      </w:pPr>
      <w:r w:rsidRPr="0041225B">
        <w:rPr>
          <w:sz w:val="28"/>
          <w:szCs w:val="28"/>
          <w:lang w:val="ru-RU"/>
        </w:rPr>
        <w:t>зарегистрированный(</w:t>
      </w:r>
      <w:proofErr w:type="spellStart"/>
      <w:r w:rsidRPr="0041225B">
        <w:rPr>
          <w:sz w:val="28"/>
          <w:szCs w:val="28"/>
          <w:lang w:val="ru-RU"/>
        </w:rPr>
        <w:t>ая</w:t>
      </w:r>
      <w:proofErr w:type="spellEnd"/>
      <w:r w:rsidRPr="0041225B">
        <w:rPr>
          <w:sz w:val="28"/>
          <w:szCs w:val="28"/>
          <w:lang w:val="ru-RU"/>
        </w:rPr>
        <w:t>) по адресу: __________________________________________</w:t>
      </w:r>
      <w:r w:rsidR="0024362D">
        <w:rPr>
          <w:sz w:val="28"/>
          <w:szCs w:val="28"/>
          <w:lang w:val="ru-RU"/>
        </w:rPr>
        <w:t>_______________________</w:t>
      </w:r>
      <w:r w:rsidRPr="0041225B">
        <w:rPr>
          <w:sz w:val="28"/>
          <w:szCs w:val="28"/>
          <w:lang w:val="ru-RU"/>
        </w:rPr>
        <w:t>_____</w:t>
      </w:r>
    </w:p>
    <w:p w:rsidR="00774219" w:rsidRPr="0041225B" w:rsidRDefault="00950188">
      <w:pPr>
        <w:rPr>
          <w:sz w:val="28"/>
          <w:szCs w:val="28"/>
          <w:lang w:val="ru-RU"/>
        </w:rPr>
      </w:pPr>
      <w:r w:rsidRPr="0041225B">
        <w:rPr>
          <w:sz w:val="28"/>
          <w:szCs w:val="28"/>
          <w:lang w:val="ru-RU"/>
        </w:rPr>
        <w:t>_____________________________________________________________________,</w:t>
      </w:r>
    </w:p>
    <w:p w:rsidR="00774219" w:rsidRPr="0041225B" w:rsidRDefault="00950188">
      <w:pPr>
        <w:rPr>
          <w:sz w:val="28"/>
          <w:szCs w:val="28"/>
          <w:lang w:val="ru-RU"/>
        </w:rPr>
      </w:pPr>
      <w:r w:rsidRPr="0041225B">
        <w:rPr>
          <w:sz w:val="28"/>
          <w:szCs w:val="28"/>
          <w:lang w:val="ru-RU"/>
        </w:rPr>
        <w:t>документ, удостоверяющий личность: ____________________________________________</w:t>
      </w:r>
      <w:r w:rsidR="0024362D">
        <w:rPr>
          <w:sz w:val="28"/>
          <w:szCs w:val="28"/>
          <w:lang w:val="ru-RU"/>
        </w:rPr>
        <w:t>_______________________</w:t>
      </w:r>
      <w:r w:rsidRPr="0041225B">
        <w:rPr>
          <w:sz w:val="28"/>
          <w:szCs w:val="28"/>
          <w:lang w:val="ru-RU"/>
        </w:rPr>
        <w:t>_</w:t>
      </w:r>
    </w:p>
    <w:p w:rsidR="00774219" w:rsidRPr="0041225B" w:rsidRDefault="00950188">
      <w:pPr>
        <w:rPr>
          <w:sz w:val="28"/>
          <w:szCs w:val="28"/>
          <w:lang w:val="ru-RU"/>
        </w:rPr>
      </w:pPr>
      <w:r w:rsidRPr="0041225B">
        <w:rPr>
          <w:sz w:val="28"/>
          <w:szCs w:val="28"/>
          <w:lang w:val="ru-RU"/>
        </w:rPr>
        <w:t>_____________________________________________________________________,</w:t>
      </w:r>
    </w:p>
    <w:p w:rsidR="0024362D" w:rsidRDefault="0024362D">
      <w:pPr>
        <w:spacing w:line="240" w:lineRule="auto"/>
        <w:ind w:firstLine="709"/>
        <w:jc w:val="both"/>
        <w:rPr>
          <w:sz w:val="28"/>
          <w:szCs w:val="28"/>
          <w:lang w:val="ru-RU"/>
        </w:rPr>
      </w:pPr>
    </w:p>
    <w:p w:rsidR="00774219" w:rsidRPr="00E078A4" w:rsidRDefault="00950188">
      <w:pPr>
        <w:spacing w:line="240" w:lineRule="auto"/>
        <w:ind w:firstLine="709"/>
        <w:jc w:val="both"/>
        <w:rPr>
          <w:sz w:val="28"/>
          <w:szCs w:val="28"/>
          <w:lang w:val="ru-RU"/>
        </w:rPr>
      </w:pPr>
      <w:r w:rsidRPr="00E078A4">
        <w:rPr>
          <w:sz w:val="28"/>
          <w:szCs w:val="28"/>
          <w:lang w:val="ru-RU"/>
        </w:rPr>
        <w:t xml:space="preserve">в соответствии со статьей 9 Федерального закона от 27 июля 2006 года </w:t>
      </w:r>
      <w:r w:rsidR="00182963">
        <w:rPr>
          <w:sz w:val="28"/>
          <w:szCs w:val="28"/>
          <w:lang w:val="ru-RU"/>
        </w:rPr>
        <w:br/>
      </w:r>
      <w:r w:rsidRPr="00E078A4">
        <w:rPr>
          <w:sz w:val="28"/>
          <w:szCs w:val="28"/>
          <w:lang w:val="ru-RU"/>
        </w:rPr>
        <w:t xml:space="preserve">№ 152-ФЗ «О персональных данных» свободно, своей волей и в своем интересе даю совету местного самоуправления </w:t>
      </w:r>
      <w:r w:rsidR="005E3646">
        <w:rPr>
          <w:sz w:val="28"/>
          <w:szCs w:val="28"/>
          <w:lang w:val="ru-RU"/>
        </w:rPr>
        <w:t xml:space="preserve">городского поселения Нарткала </w:t>
      </w:r>
      <w:r w:rsidRPr="00E078A4">
        <w:rPr>
          <w:sz w:val="28"/>
          <w:szCs w:val="28"/>
          <w:lang w:val="ru-RU"/>
        </w:rPr>
        <w:t xml:space="preserve"> (Кабардино-Балкарская Республика, г. </w:t>
      </w:r>
      <w:r w:rsidR="00B55E16">
        <w:rPr>
          <w:sz w:val="28"/>
          <w:szCs w:val="28"/>
          <w:lang w:val="ru-RU"/>
        </w:rPr>
        <w:t>Нарткала</w:t>
      </w:r>
      <w:r w:rsidRPr="00E078A4">
        <w:rPr>
          <w:sz w:val="28"/>
          <w:szCs w:val="28"/>
          <w:lang w:val="ru-RU"/>
        </w:rPr>
        <w:t xml:space="preserve">, ул. </w:t>
      </w:r>
      <w:r w:rsidR="00B55E16">
        <w:rPr>
          <w:sz w:val="28"/>
          <w:szCs w:val="28"/>
          <w:lang w:val="ru-RU"/>
        </w:rPr>
        <w:t>Ленина</w:t>
      </w:r>
      <w:r w:rsidRPr="00E078A4">
        <w:rPr>
          <w:sz w:val="28"/>
          <w:szCs w:val="28"/>
          <w:lang w:val="ru-RU"/>
        </w:rPr>
        <w:t xml:space="preserve">, д. </w:t>
      </w:r>
      <w:r w:rsidR="00B55E16">
        <w:rPr>
          <w:sz w:val="28"/>
          <w:szCs w:val="28"/>
          <w:lang w:val="ru-RU"/>
        </w:rPr>
        <w:t>35</w:t>
      </w:r>
      <w:r w:rsidRPr="00E078A4">
        <w:rPr>
          <w:sz w:val="28"/>
          <w:szCs w:val="28"/>
          <w:lang w:val="ru-RU"/>
        </w:rPr>
        <w:t xml:space="preserve">) </w:t>
      </w:r>
      <w:r w:rsidR="00182963">
        <w:rPr>
          <w:sz w:val="28"/>
          <w:szCs w:val="28"/>
          <w:lang w:val="ru-RU"/>
        </w:rPr>
        <w:br/>
      </w:r>
      <w:r w:rsidRPr="00E078A4">
        <w:rPr>
          <w:sz w:val="28"/>
          <w:szCs w:val="28"/>
          <w:lang w:val="ru-RU"/>
        </w:rPr>
        <w:t xml:space="preserve">как оператору персональных данных согласие на обработку моих персональных данных в целях организации и проведения конкурса по отбору кандидатур </w:t>
      </w:r>
      <w:r w:rsidR="00182963">
        <w:rPr>
          <w:sz w:val="28"/>
          <w:szCs w:val="28"/>
          <w:lang w:val="ru-RU"/>
        </w:rPr>
        <w:br/>
      </w:r>
      <w:r w:rsidRPr="00E078A4">
        <w:rPr>
          <w:sz w:val="28"/>
          <w:szCs w:val="28"/>
          <w:lang w:val="ru-RU"/>
        </w:rPr>
        <w:t xml:space="preserve">на должность главы </w:t>
      </w:r>
      <w:r w:rsidR="005E3646">
        <w:rPr>
          <w:sz w:val="28"/>
          <w:szCs w:val="28"/>
          <w:lang w:val="ru-RU"/>
        </w:rPr>
        <w:t xml:space="preserve">городского поселения Нарткала </w:t>
      </w:r>
      <w:r w:rsidRPr="00E078A4">
        <w:rPr>
          <w:sz w:val="28"/>
          <w:szCs w:val="28"/>
          <w:lang w:val="ru-RU"/>
        </w:rPr>
        <w:t>, проверки соответствия установленным законом требованиям, рассмотрения моей кандидатуры Советом и архивного хранения документов конкурса.</w:t>
      </w:r>
    </w:p>
    <w:p w:rsidR="00774219" w:rsidRPr="00E078A4" w:rsidRDefault="00950188">
      <w:pPr>
        <w:spacing w:line="240" w:lineRule="auto"/>
        <w:ind w:firstLine="709"/>
        <w:jc w:val="both"/>
        <w:rPr>
          <w:sz w:val="28"/>
          <w:szCs w:val="28"/>
          <w:lang w:val="ru-RU"/>
        </w:rPr>
      </w:pPr>
      <w:r w:rsidRPr="00E078A4">
        <w:rPr>
          <w:sz w:val="28"/>
          <w:szCs w:val="28"/>
          <w:lang w:val="ru-RU"/>
        </w:rPr>
        <w:t xml:space="preserve">Перечень персональных данных: фамилия, имя, отчество; дата и место рождения; гражданство; паспортные данные; адрес места жительства; контактные данные; сведения об образовании, квалификации, трудовой и иной профессиональной деятельности; сведения о замещаемых и выборных должностях; сведения о судимости и иных обстоятельствах, влияющих </w:t>
      </w:r>
      <w:r w:rsidR="00182963">
        <w:rPr>
          <w:sz w:val="28"/>
          <w:szCs w:val="28"/>
          <w:lang w:val="ru-RU"/>
        </w:rPr>
        <w:br/>
      </w:r>
      <w:r w:rsidRPr="00E078A4">
        <w:rPr>
          <w:sz w:val="28"/>
          <w:szCs w:val="28"/>
          <w:lang w:val="ru-RU"/>
        </w:rPr>
        <w:t>на пассивное избирательное право; сведения, содержащиеся в документах, добровольно представленных для оценки профессиональных и деловых качеств; сведения о результатах участия в конкурсе.</w:t>
      </w:r>
    </w:p>
    <w:p w:rsidR="00774219" w:rsidRPr="00E078A4" w:rsidRDefault="00950188">
      <w:pPr>
        <w:spacing w:line="240" w:lineRule="auto"/>
        <w:ind w:firstLine="709"/>
        <w:jc w:val="both"/>
        <w:rPr>
          <w:sz w:val="28"/>
          <w:szCs w:val="28"/>
          <w:lang w:val="ru-RU"/>
        </w:rPr>
      </w:pPr>
      <w:r w:rsidRPr="00E078A4">
        <w:rPr>
          <w:sz w:val="28"/>
          <w:szCs w:val="28"/>
          <w:lang w:val="ru-RU"/>
        </w:rPr>
        <w:t xml:space="preserve">Разрешаю совершение с указанными данными следующих действий </w:t>
      </w:r>
      <w:r w:rsidR="00182963">
        <w:rPr>
          <w:sz w:val="28"/>
          <w:szCs w:val="28"/>
          <w:lang w:val="ru-RU"/>
        </w:rPr>
        <w:br/>
      </w:r>
      <w:r w:rsidRPr="00E078A4">
        <w:rPr>
          <w:sz w:val="28"/>
          <w:szCs w:val="28"/>
          <w:lang w:val="ru-RU"/>
        </w:rPr>
        <w:t xml:space="preserve">с использованием средств автоматизации или без их использования: сбор, запись, систематизация, накопление, хранение, уточнение, извлечение, использование, предоставление членам конкурсной комиссии и депутатам Совета в объеме, необходимом для осуществления их полномочий, блокирование, удаление </w:t>
      </w:r>
      <w:r w:rsidR="00182963">
        <w:rPr>
          <w:sz w:val="28"/>
          <w:szCs w:val="28"/>
          <w:lang w:val="ru-RU"/>
        </w:rPr>
        <w:br/>
      </w:r>
      <w:r w:rsidRPr="00E078A4">
        <w:rPr>
          <w:sz w:val="28"/>
          <w:szCs w:val="28"/>
          <w:lang w:val="ru-RU"/>
        </w:rPr>
        <w:t>и уничтожение.</w:t>
      </w:r>
    </w:p>
    <w:p w:rsidR="00774219" w:rsidRPr="00E078A4" w:rsidRDefault="00950188">
      <w:pPr>
        <w:spacing w:line="240" w:lineRule="auto"/>
        <w:ind w:firstLine="709"/>
        <w:jc w:val="both"/>
        <w:rPr>
          <w:sz w:val="28"/>
          <w:szCs w:val="28"/>
          <w:lang w:val="ru-RU"/>
        </w:rPr>
      </w:pPr>
      <w:r w:rsidRPr="00E078A4">
        <w:rPr>
          <w:sz w:val="28"/>
          <w:szCs w:val="28"/>
          <w:lang w:val="ru-RU"/>
        </w:rPr>
        <w:t>Настоящее согласие не распространяется на сведения о доходах, расходах, об имуществе и обязательствах имущественного характера, которые представляются и обрабатываются в специальном порядке, установленном законодательством о противодействии коррупции.</w:t>
      </w:r>
    </w:p>
    <w:p w:rsidR="00774219" w:rsidRPr="00E078A4" w:rsidRDefault="00950188">
      <w:pPr>
        <w:spacing w:line="240" w:lineRule="auto"/>
        <w:ind w:firstLine="709"/>
        <w:jc w:val="both"/>
        <w:rPr>
          <w:sz w:val="28"/>
          <w:szCs w:val="28"/>
          <w:lang w:val="ru-RU"/>
        </w:rPr>
      </w:pPr>
      <w:r w:rsidRPr="00E078A4">
        <w:rPr>
          <w:sz w:val="28"/>
          <w:szCs w:val="28"/>
          <w:lang w:val="ru-RU"/>
        </w:rPr>
        <w:t xml:space="preserve">Согласие действует со дня подписания до завершения конкурсных процедур и далее в течение срока хранения документов, установленного законодательством об архивном деле. Согласие может быть отозвано путем подачи письменного заявления оператору. Отзыв согласия не прекращает обработку, если она допускается без согласия субъекта персональных данных </w:t>
      </w:r>
      <w:r w:rsidR="00182963">
        <w:rPr>
          <w:sz w:val="28"/>
          <w:szCs w:val="28"/>
          <w:lang w:val="ru-RU"/>
        </w:rPr>
        <w:br/>
      </w:r>
      <w:r w:rsidRPr="00E078A4">
        <w:rPr>
          <w:sz w:val="28"/>
          <w:szCs w:val="28"/>
          <w:lang w:val="ru-RU"/>
        </w:rPr>
        <w:t>по основаниям, предусмотренным федеральным законом.</w:t>
      </w:r>
    </w:p>
    <w:p w:rsidR="00774219" w:rsidRDefault="00950188">
      <w:pPr>
        <w:spacing w:line="240" w:lineRule="auto"/>
        <w:ind w:firstLine="709"/>
        <w:jc w:val="both"/>
        <w:rPr>
          <w:sz w:val="28"/>
          <w:szCs w:val="28"/>
          <w:lang w:val="ru-RU"/>
        </w:rPr>
      </w:pPr>
      <w:r w:rsidRPr="00E078A4">
        <w:rPr>
          <w:sz w:val="28"/>
          <w:szCs w:val="28"/>
          <w:lang w:val="ru-RU"/>
        </w:rPr>
        <w:t>Мне разъяснено право получать сведения об обработке моих персональных данных, требовать их уточнения, блокирования или уничтожения в случаях, установленных законом, а также обжаловать действия оператора.</w:t>
      </w:r>
    </w:p>
    <w:p w:rsidR="008D2CE3" w:rsidRDefault="008D2CE3">
      <w:pPr>
        <w:spacing w:line="240" w:lineRule="auto"/>
        <w:ind w:firstLine="709"/>
        <w:jc w:val="both"/>
        <w:rPr>
          <w:sz w:val="28"/>
          <w:szCs w:val="28"/>
          <w:lang w:val="ru-RU"/>
        </w:rPr>
      </w:pPr>
    </w:p>
    <w:p w:rsidR="00086F6B" w:rsidRDefault="00086F6B">
      <w:pPr>
        <w:spacing w:line="240" w:lineRule="auto"/>
        <w:ind w:firstLine="709"/>
        <w:jc w:val="both"/>
        <w:rPr>
          <w:sz w:val="28"/>
          <w:szCs w:val="28"/>
          <w:lang w:val="ru-RU"/>
        </w:rPr>
      </w:pPr>
    </w:p>
    <w:p w:rsidR="00086F6B" w:rsidRDefault="00086F6B">
      <w:pPr>
        <w:spacing w:line="240" w:lineRule="auto"/>
        <w:ind w:firstLine="709"/>
        <w:jc w:val="both"/>
        <w:rPr>
          <w:sz w:val="28"/>
          <w:szCs w:val="28"/>
          <w:lang w:val="ru-RU"/>
        </w:rPr>
      </w:pPr>
    </w:p>
    <w:tbl>
      <w:tblPr>
        <w:tblW w:w="0" w:type="auto"/>
        <w:tblLayout w:type="fixed"/>
        <w:tblLook w:val="04A0"/>
      </w:tblPr>
      <w:tblGrid>
        <w:gridCol w:w="4929"/>
        <w:gridCol w:w="4929"/>
      </w:tblGrid>
      <w:tr w:rsidR="00086F6B" w:rsidRPr="00E078A4" w:rsidTr="00086F6B">
        <w:tc>
          <w:tcPr>
            <w:tcW w:w="4929" w:type="dxa"/>
            <w:tcMar>
              <w:top w:w="0" w:type="dxa"/>
              <w:left w:w="0" w:type="dxa"/>
              <w:bottom w:w="0" w:type="dxa"/>
              <w:right w:w="0" w:type="dxa"/>
            </w:tcMar>
          </w:tcPr>
          <w:p w:rsidR="00086F6B" w:rsidRDefault="00086F6B" w:rsidP="00086F6B">
            <w:pPr>
              <w:spacing w:line="216" w:lineRule="auto"/>
              <w:rPr>
                <w:sz w:val="28"/>
                <w:szCs w:val="28"/>
                <w:lang w:val="ru-RU"/>
              </w:rPr>
            </w:pPr>
          </w:p>
          <w:p w:rsidR="00086F6B" w:rsidRPr="0041225B" w:rsidRDefault="00086F6B" w:rsidP="00086F6B">
            <w:pPr>
              <w:spacing w:line="216" w:lineRule="auto"/>
              <w:rPr>
                <w:sz w:val="28"/>
                <w:szCs w:val="28"/>
                <w:lang w:val="ru-RU"/>
              </w:rPr>
            </w:pPr>
            <w:r>
              <w:rPr>
                <w:sz w:val="28"/>
                <w:szCs w:val="28"/>
                <w:lang w:val="ru-RU"/>
              </w:rPr>
              <w:t>____________________</w:t>
            </w:r>
          </w:p>
        </w:tc>
        <w:tc>
          <w:tcPr>
            <w:tcW w:w="4929" w:type="dxa"/>
            <w:tcMar>
              <w:top w:w="0" w:type="dxa"/>
              <w:left w:w="0" w:type="dxa"/>
              <w:bottom w:w="0" w:type="dxa"/>
              <w:right w:w="0" w:type="dxa"/>
            </w:tcMar>
          </w:tcPr>
          <w:p w:rsidR="00086F6B" w:rsidRDefault="00086F6B" w:rsidP="00086F6B">
            <w:pPr>
              <w:spacing w:line="216" w:lineRule="auto"/>
              <w:jc w:val="right"/>
              <w:rPr>
                <w:sz w:val="28"/>
                <w:szCs w:val="28"/>
                <w:lang w:val="ru-RU"/>
              </w:rPr>
            </w:pPr>
          </w:p>
          <w:p w:rsidR="00086F6B" w:rsidRPr="00E078A4" w:rsidRDefault="00086F6B" w:rsidP="00086F6B">
            <w:pPr>
              <w:spacing w:line="216" w:lineRule="auto"/>
              <w:jc w:val="right"/>
              <w:rPr>
                <w:sz w:val="28"/>
                <w:szCs w:val="28"/>
              </w:rPr>
            </w:pPr>
            <w:r w:rsidRPr="00E078A4">
              <w:rPr>
                <w:sz w:val="28"/>
                <w:szCs w:val="28"/>
              </w:rPr>
              <w:t xml:space="preserve"> ____________________</w:t>
            </w:r>
          </w:p>
        </w:tc>
      </w:tr>
      <w:tr w:rsidR="00086F6B" w:rsidRPr="00E078A4" w:rsidTr="00086F6B">
        <w:tc>
          <w:tcPr>
            <w:tcW w:w="4929" w:type="dxa"/>
            <w:tcMar>
              <w:top w:w="0" w:type="dxa"/>
              <w:left w:w="0" w:type="dxa"/>
              <w:bottom w:w="0" w:type="dxa"/>
              <w:right w:w="0" w:type="dxa"/>
            </w:tcMar>
          </w:tcPr>
          <w:p w:rsidR="00086F6B" w:rsidRPr="0041225B" w:rsidRDefault="00086F6B" w:rsidP="00086F6B">
            <w:pPr>
              <w:spacing w:line="216" w:lineRule="auto"/>
              <w:rPr>
                <w:szCs w:val="24"/>
                <w:lang w:val="ru-RU"/>
              </w:rPr>
            </w:pPr>
            <w:r w:rsidRPr="0041225B">
              <w:rPr>
                <w:szCs w:val="24"/>
                <w:lang w:val="ru-RU"/>
              </w:rPr>
              <w:t>(подпись собственноручно)</w:t>
            </w:r>
          </w:p>
          <w:p w:rsidR="00086F6B" w:rsidRDefault="00086F6B" w:rsidP="00086F6B">
            <w:pPr>
              <w:spacing w:line="216" w:lineRule="auto"/>
              <w:rPr>
                <w:sz w:val="28"/>
                <w:szCs w:val="28"/>
                <w:lang w:val="ru-RU"/>
              </w:rPr>
            </w:pPr>
          </w:p>
        </w:tc>
        <w:tc>
          <w:tcPr>
            <w:tcW w:w="4929" w:type="dxa"/>
            <w:tcMar>
              <w:top w:w="0" w:type="dxa"/>
              <w:left w:w="0" w:type="dxa"/>
              <w:bottom w:w="0" w:type="dxa"/>
              <w:right w:w="0" w:type="dxa"/>
            </w:tcMar>
          </w:tcPr>
          <w:p w:rsidR="00086F6B" w:rsidRDefault="00086F6B" w:rsidP="00086F6B">
            <w:pPr>
              <w:spacing w:line="216" w:lineRule="auto"/>
              <w:jc w:val="right"/>
              <w:rPr>
                <w:sz w:val="28"/>
                <w:szCs w:val="28"/>
                <w:lang w:val="ru-RU"/>
              </w:rPr>
            </w:pPr>
            <w:r w:rsidRPr="0041225B">
              <w:rPr>
                <w:szCs w:val="24"/>
                <w:lang w:val="ru-RU"/>
              </w:rPr>
              <w:t>(инициалы, фамилия</w:t>
            </w:r>
            <w:r>
              <w:rPr>
                <w:sz w:val="28"/>
                <w:szCs w:val="28"/>
                <w:lang w:val="ru-RU"/>
              </w:rPr>
              <w:t>)</w:t>
            </w:r>
          </w:p>
        </w:tc>
      </w:tr>
      <w:tr w:rsidR="00086F6B" w:rsidRPr="005B2DAE" w:rsidTr="00086F6B">
        <w:tc>
          <w:tcPr>
            <w:tcW w:w="4929" w:type="dxa"/>
            <w:tcMar>
              <w:top w:w="0" w:type="dxa"/>
              <w:left w:w="0" w:type="dxa"/>
              <w:bottom w:w="0" w:type="dxa"/>
              <w:right w:w="0" w:type="dxa"/>
            </w:tcMar>
          </w:tcPr>
          <w:p w:rsidR="00086F6B" w:rsidRDefault="00086F6B" w:rsidP="00086F6B">
            <w:pPr>
              <w:spacing w:line="216" w:lineRule="auto"/>
              <w:rPr>
                <w:sz w:val="28"/>
                <w:szCs w:val="28"/>
                <w:lang w:val="ru-RU"/>
              </w:rPr>
            </w:pPr>
          </w:p>
          <w:p w:rsidR="00086F6B" w:rsidRDefault="00086F6B" w:rsidP="00086F6B">
            <w:pPr>
              <w:spacing w:line="216" w:lineRule="auto"/>
              <w:rPr>
                <w:sz w:val="28"/>
                <w:szCs w:val="28"/>
                <w:lang w:val="ru-RU"/>
              </w:rPr>
            </w:pPr>
          </w:p>
        </w:tc>
        <w:tc>
          <w:tcPr>
            <w:tcW w:w="4929" w:type="dxa"/>
            <w:tcMar>
              <w:top w:w="0" w:type="dxa"/>
              <w:left w:w="0" w:type="dxa"/>
              <w:bottom w:w="0" w:type="dxa"/>
              <w:right w:w="0" w:type="dxa"/>
            </w:tcMar>
          </w:tcPr>
          <w:p w:rsidR="00086F6B" w:rsidRPr="0041225B" w:rsidRDefault="00086F6B" w:rsidP="00086F6B">
            <w:pPr>
              <w:spacing w:line="216" w:lineRule="auto"/>
              <w:jc w:val="right"/>
              <w:rPr>
                <w:szCs w:val="24"/>
                <w:lang w:val="ru-RU"/>
              </w:rPr>
            </w:pPr>
            <w:r>
              <w:rPr>
                <w:szCs w:val="24"/>
                <w:lang w:val="ru-RU"/>
              </w:rPr>
              <w:t xml:space="preserve"> ______________________________________ (дата внесения подписи,</w:t>
            </w:r>
            <w:r>
              <w:rPr>
                <w:szCs w:val="24"/>
                <w:lang w:val="ru-RU"/>
              </w:rPr>
              <w:br/>
              <w:t xml:space="preserve"> указываемая собственноручно)</w:t>
            </w:r>
          </w:p>
        </w:tc>
      </w:tr>
    </w:tbl>
    <w:p w:rsidR="00086F6B" w:rsidRDefault="00086F6B">
      <w:pPr>
        <w:spacing w:line="240" w:lineRule="auto"/>
        <w:ind w:firstLine="709"/>
        <w:jc w:val="both"/>
        <w:rPr>
          <w:sz w:val="28"/>
          <w:szCs w:val="28"/>
          <w:lang w:val="ru-RU"/>
        </w:rPr>
      </w:pPr>
    </w:p>
    <w:p w:rsidR="00086F6B" w:rsidRDefault="00086F6B">
      <w:pPr>
        <w:spacing w:line="240" w:lineRule="auto"/>
        <w:ind w:firstLine="709"/>
        <w:jc w:val="both"/>
        <w:rPr>
          <w:sz w:val="28"/>
          <w:szCs w:val="28"/>
          <w:lang w:val="ru-RU"/>
        </w:rPr>
      </w:pPr>
    </w:p>
    <w:p w:rsidR="00086F6B" w:rsidRDefault="00086F6B">
      <w:pPr>
        <w:spacing w:line="240" w:lineRule="auto"/>
        <w:ind w:firstLine="709"/>
        <w:jc w:val="both"/>
        <w:rPr>
          <w:sz w:val="28"/>
          <w:szCs w:val="28"/>
          <w:lang w:val="ru-RU"/>
        </w:rPr>
      </w:pPr>
    </w:p>
    <w:p w:rsidR="00086F6B" w:rsidRDefault="00086F6B">
      <w:pPr>
        <w:spacing w:line="240" w:lineRule="auto"/>
        <w:ind w:firstLine="709"/>
        <w:jc w:val="both"/>
        <w:rPr>
          <w:sz w:val="28"/>
          <w:szCs w:val="28"/>
          <w:lang w:val="ru-RU"/>
        </w:rPr>
      </w:pPr>
    </w:p>
    <w:p w:rsidR="008D2CE3" w:rsidRDefault="008D2CE3">
      <w:pPr>
        <w:spacing w:line="240" w:lineRule="auto"/>
        <w:ind w:firstLine="709"/>
        <w:jc w:val="both"/>
        <w:rPr>
          <w:sz w:val="28"/>
          <w:szCs w:val="28"/>
          <w:lang w:val="ru-RU"/>
        </w:rPr>
      </w:pPr>
    </w:p>
    <w:p w:rsidR="00A16466" w:rsidRDefault="00A16466">
      <w:pPr>
        <w:spacing w:line="240" w:lineRule="auto"/>
        <w:ind w:firstLine="709"/>
        <w:jc w:val="both"/>
        <w:rPr>
          <w:sz w:val="28"/>
          <w:szCs w:val="28"/>
          <w:lang w:val="ru-RU"/>
        </w:rPr>
      </w:pPr>
    </w:p>
    <w:p w:rsidR="00A16466" w:rsidRDefault="00A16466">
      <w:pPr>
        <w:spacing w:line="240" w:lineRule="auto"/>
        <w:ind w:firstLine="709"/>
        <w:jc w:val="both"/>
        <w:rPr>
          <w:sz w:val="28"/>
          <w:szCs w:val="28"/>
          <w:lang w:val="ru-RU"/>
        </w:rPr>
      </w:pPr>
    </w:p>
    <w:p w:rsidR="00A16466" w:rsidRDefault="00A16466">
      <w:pPr>
        <w:spacing w:line="240" w:lineRule="auto"/>
        <w:ind w:firstLine="709"/>
        <w:jc w:val="both"/>
        <w:rPr>
          <w:sz w:val="28"/>
          <w:szCs w:val="28"/>
          <w:lang w:val="ru-RU"/>
        </w:rPr>
      </w:pPr>
    </w:p>
    <w:p w:rsidR="00A16466" w:rsidRDefault="00A16466">
      <w:pPr>
        <w:spacing w:line="240" w:lineRule="auto"/>
        <w:ind w:firstLine="709"/>
        <w:jc w:val="both"/>
        <w:rPr>
          <w:sz w:val="28"/>
          <w:szCs w:val="28"/>
          <w:lang w:val="ru-RU"/>
        </w:rPr>
      </w:pPr>
    </w:p>
    <w:p w:rsidR="00A16466" w:rsidRPr="00A16466" w:rsidRDefault="00A16466" w:rsidP="00A16466">
      <w:pPr>
        <w:spacing w:line="240" w:lineRule="auto"/>
        <w:jc w:val="both"/>
        <w:rPr>
          <w:szCs w:val="24"/>
          <w:lang w:val="ru-RU"/>
        </w:rPr>
      </w:pPr>
    </w:p>
    <w:sectPr w:rsidR="00A16466" w:rsidRPr="00A16466" w:rsidSect="00FD5DEA">
      <w:footerReference w:type="default" r:id="rId9"/>
      <w:pgSz w:w="12240" w:h="15840"/>
      <w:pgMar w:top="851" w:right="964" w:bottom="993" w:left="1417"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EA9" w:rsidRDefault="00F62EA9">
      <w:pPr>
        <w:spacing w:after="0" w:line="240" w:lineRule="auto"/>
      </w:pPr>
      <w:r>
        <w:separator/>
      </w:r>
    </w:p>
  </w:endnote>
  <w:endnote w:type="continuationSeparator" w:id="0">
    <w:p w:rsidR="00F62EA9" w:rsidRDefault="00F62E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6B" w:rsidRPr="00496F8F" w:rsidRDefault="00086F6B" w:rsidP="00496F8F">
    <w:pPr>
      <w:pStyle w:val="a7"/>
      <w:spacing w:before="60"/>
      <w:rPr>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EA9" w:rsidRDefault="00F62EA9">
      <w:pPr>
        <w:spacing w:after="0" w:line="240" w:lineRule="auto"/>
      </w:pPr>
      <w:r>
        <w:separator/>
      </w:r>
    </w:p>
  </w:footnote>
  <w:footnote w:type="continuationSeparator" w:id="0">
    <w:p w:rsidR="00F62EA9" w:rsidRDefault="00F62E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savePreviewPicture/>
  <w:footnotePr>
    <w:footnote w:id="-1"/>
    <w:footnote w:id="0"/>
  </w:footnotePr>
  <w:endnotePr>
    <w:endnote w:id="-1"/>
    <w:endnote w:id="0"/>
  </w:endnotePr>
  <w:compat>
    <w:useFELayout/>
  </w:compat>
  <w:rsids>
    <w:rsidRoot w:val="00B47730"/>
    <w:rsid w:val="00003057"/>
    <w:rsid w:val="0003034D"/>
    <w:rsid w:val="00034616"/>
    <w:rsid w:val="00041F9E"/>
    <w:rsid w:val="0006063C"/>
    <w:rsid w:val="00080EEE"/>
    <w:rsid w:val="00084C4B"/>
    <w:rsid w:val="00086F6B"/>
    <w:rsid w:val="000A6295"/>
    <w:rsid w:val="000D7ED6"/>
    <w:rsid w:val="000E263D"/>
    <w:rsid w:val="000F7CFB"/>
    <w:rsid w:val="00117A66"/>
    <w:rsid w:val="0015074B"/>
    <w:rsid w:val="00182963"/>
    <w:rsid w:val="001A0C1A"/>
    <w:rsid w:val="0024362D"/>
    <w:rsid w:val="0024784E"/>
    <w:rsid w:val="002750E0"/>
    <w:rsid w:val="00285140"/>
    <w:rsid w:val="0029639D"/>
    <w:rsid w:val="002E2986"/>
    <w:rsid w:val="002F2E1B"/>
    <w:rsid w:val="00306982"/>
    <w:rsid w:val="00306DD7"/>
    <w:rsid w:val="00326F90"/>
    <w:rsid w:val="00360466"/>
    <w:rsid w:val="0041225B"/>
    <w:rsid w:val="004232ED"/>
    <w:rsid w:val="0043089C"/>
    <w:rsid w:val="004462C2"/>
    <w:rsid w:val="00464407"/>
    <w:rsid w:val="0047041C"/>
    <w:rsid w:val="004770D7"/>
    <w:rsid w:val="00496F8F"/>
    <w:rsid w:val="004E75BC"/>
    <w:rsid w:val="004F1A6E"/>
    <w:rsid w:val="00503DFE"/>
    <w:rsid w:val="00514122"/>
    <w:rsid w:val="005347ED"/>
    <w:rsid w:val="00564388"/>
    <w:rsid w:val="00594883"/>
    <w:rsid w:val="005B2DAE"/>
    <w:rsid w:val="005E3646"/>
    <w:rsid w:val="00615CFB"/>
    <w:rsid w:val="006550F2"/>
    <w:rsid w:val="00655579"/>
    <w:rsid w:val="00660AB2"/>
    <w:rsid w:val="0066122B"/>
    <w:rsid w:val="00674E80"/>
    <w:rsid w:val="006B6D1B"/>
    <w:rsid w:val="006B7600"/>
    <w:rsid w:val="006B7B82"/>
    <w:rsid w:val="006D6A73"/>
    <w:rsid w:val="006F3E5E"/>
    <w:rsid w:val="00746B7E"/>
    <w:rsid w:val="007511E2"/>
    <w:rsid w:val="00773019"/>
    <w:rsid w:val="00774219"/>
    <w:rsid w:val="0079509E"/>
    <w:rsid w:val="007B5D7A"/>
    <w:rsid w:val="007E14AC"/>
    <w:rsid w:val="008B58BF"/>
    <w:rsid w:val="008D2CE3"/>
    <w:rsid w:val="0092711A"/>
    <w:rsid w:val="00940051"/>
    <w:rsid w:val="00950188"/>
    <w:rsid w:val="00A12227"/>
    <w:rsid w:val="00A16466"/>
    <w:rsid w:val="00A169EC"/>
    <w:rsid w:val="00A61A75"/>
    <w:rsid w:val="00AA1D8D"/>
    <w:rsid w:val="00AC6B62"/>
    <w:rsid w:val="00B47730"/>
    <w:rsid w:val="00B55E16"/>
    <w:rsid w:val="00B97795"/>
    <w:rsid w:val="00C14547"/>
    <w:rsid w:val="00C22D33"/>
    <w:rsid w:val="00C267CC"/>
    <w:rsid w:val="00C40488"/>
    <w:rsid w:val="00C4209C"/>
    <w:rsid w:val="00CB0664"/>
    <w:rsid w:val="00D17CE4"/>
    <w:rsid w:val="00D20D65"/>
    <w:rsid w:val="00D21825"/>
    <w:rsid w:val="00D243BC"/>
    <w:rsid w:val="00D3190C"/>
    <w:rsid w:val="00DB7D63"/>
    <w:rsid w:val="00E078A4"/>
    <w:rsid w:val="00E11B0E"/>
    <w:rsid w:val="00EF7035"/>
    <w:rsid w:val="00F1295B"/>
    <w:rsid w:val="00F232BE"/>
    <w:rsid w:val="00F3429A"/>
    <w:rsid w:val="00F50B8A"/>
    <w:rsid w:val="00F62EA9"/>
    <w:rsid w:val="00F70DDE"/>
    <w:rsid w:val="00F90F72"/>
    <w:rsid w:val="00FB6BAC"/>
    <w:rsid w:val="00FC1AFC"/>
    <w:rsid w:val="00FC544F"/>
    <w:rsid w:val="00FC693F"/>
    <w:rsid w:val="00FC7F1A"/>
    <w:rsid w:val="00FD5D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40" w:line="259" w:lineRule="auto"/>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26"/>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496F8F"/>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496F8F"/>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F6E87-8FFD-44A3-A3B6-BB4E72F18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4188</Words>
  <Characters>23875</Characters>
  <Application>Microsoft Office Word</Application>
  <DocSecurity>0</DocSecurity>
  <Lines>198</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Положение о порядке проведения конкурса по отбору кандидатур на должность главы городского поселения Майский</vt:lpstr>
      <vt:lpstr/>
    </vt:vector>
  </TitlesOfParts>
  <Company>MultiDVD Team</Company>
  <LinksUpToDate>false</LinksUpToDate>
  <CharactersWithSpaces>28007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порядке проведения конкурса по отбору кандидатур на должность главы городского поселения Майский</dc:title>
  <dc:subject>Новая редакция проекта муниципального нормативного правового акта</dc:subject>
  <dc:creator>user</dc:creator>
  <cp:lastModifiedBy>_</cp:lastModifiedBy>
  <cp:revision>40</cp:revision>
  <cp:lastPrinted>2026-09-23T06:27:00Z</cp:lastPrinted>
  <dcterms:created xsi:type="dcterms:W3CDTF">2026-10-01T12:57:00Z</dcterms:created>
  <dcterms:modified xsi:type="dcterms:W3CDTF">2026-10-05T12:09:00Z</dcterms:modified>
</cp:coreProperties>
</file>